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A7C93B" w14:textId="77777777" w:rsidR="00E30E19" w:rsidRDefault="00000000">
      <w:pPr>
        <w:pStyle w:val="Kicker"/>
        <w:keepLines/>
        <w:jc w:val="center"/>
      </w:pPr>
      <w:r>
        <w:t>PRODUCT &amp; UX SPECIFICATION</w:t>
      </w:r>
    </w:p>
    <w:p w14:paraId="28DFD3DF" w14:textId="77777777" w:rsidR="00E30E19" w:rsidRDefault="00E30E19">
      <w:pPr>
        <w:spacing w:after="1200"/>
      </w:pPr>
    </w:p>
    <w:p w14:paraId="2DCFDA2B" w14:textId="77777777" w:rsidR="00E30E19" w:rsidRDefault="00000000">
      <w:pPr>
        <w:pStyle w:val="DocTitle"/>
        <w:keepLines/>
        <w:jc w:val="center"/>
      </w:pPr>
      <w:r>
        <w:t>Jesperhus-appen</w:t>
      </w:r>
    </w:p>
    <w:p w14:paraId="19F17A64" w14:textId="77777777" w:rsidR="00E30E19" w:rsidRDefault="00000000">
      <w:pPr>
        <w:pStyle w:val="DocSubtitle"/>
        <w:keepLines/>
        <w:jc w:val="center"/>
      </w:pPr>
      <w:r>
        <w:t>En bookingbevidst familieassistent for voksne gæster</w:t>
      </w:r>
    </w:p>
    <w:p w14:paraId="5FF10ED7" w14:textId="77777777" w:rsidR="00E30E19" w:rsidRDefault="00000000">
      <w:pPr>
        <w:pStyle w:val="DocSubtitle"/>
        <w:keepLines/>
        <w:jc w:val="center"/>
      </w:pPr>
      <w:r>
        <w:t>Designretning, research, funktionelle krav, informationsarkitektur, teknisk fundament og implementeringsplan</w:t>
      </w:r>
    </w:p>
    <w:p w14:paraId="3DD33701" w14:textId="77777777" w:rsidR="00E30E19" w:rsidRDefault="00E30E19">
      <w:pPr>
        <w:spacing w:after="1120"/>
      </w:pPr>
    </w:p>
    <w:tbl>
      <w:tblPr>
        <w:tblW w:w="0" w:type="auto"/>
        <w:jc w:val="center"/>
        <w:tblLayout w:type="fixed"/>
        <w:tblLook w:val="04A0" w:firstRow="1" w:lastRow="0" w:firstColumn="1" w:lastColumn="0" w:noHBand="0" w:noVBand="1"/>
      </w:tblPr>
      <w:tblGrid>
        <w:gridCol w:w="9360"/>
      </w:tblGrid>
      <w:tr w:rsidR="00E30E19" w14:paraId="5DE30C3B" w14:textId="77777777">
        <w:trPr>
          <w:jc w:val="center"/>
        </w:trPr>
        <w:tc>
          <w:tcPr>
            <w:tcW w:w="9360" w:type="dxa"/>
            <w:shd w:val="clear" w:color="auto" w:fill="FFF4D6"/>
            <w:tcMar>
              <w:top w:w="180" w:type="dxa"/>
              <w:left w:w="220" w:type="dxa"/>
              <w:bottom w:w="180" w:type="dxa"/>
              <w:right w:w="220" w:type="dxa"/>
            </w:tcMar>
          </w:tcPr>
          <w:p w14:paraId="6AF20697" w14:textId="77777777" w:rsidR="00E30E19" w:rsidRDefault="00000000">
            <w:pPr>
              <w:spacing w:after="80"/>
            </w:pPr>
            <w:r>
              <w:rPr>
                <w:b/>
                <w:color w:val="235B3A"/>
                <w:sz w:val="22"/>
              </w:rPr>
              <w:t>Produktløftet</w:t>
            </w:r>
          </w:p>
          <w:p w14:paraId="61F3B7E7" w14:textId="77777777" w:rsidR="00E30E19" w:rsidRDefault="00000000">
            <w:pPr>
              <w:spacing w:after="0" w:line="264" w:lineRule="auto"/>
            </w:pPr>
            <w:r>
              <w:t>Appen ved, hvor i gæsterejsen familien befinder sig, og viser den mest relevante næste handling — med mindre søgetid, færre skift mellem systemer og mere tid sammen.</w:t>
            </w:r>
          </w:p>
        </w:tc>
      </w:tr>
    </w:tbl>
    <w:p w14:paraId="6A59222D" w14:textId="77777777" w:rsidR="00E30E19" w:rsidRDefault="00E30E19">
      <w:pPr>
        <w:spacing w:after="20"/>
      </w:pPr>
    </w:p>
    <w:p w14:paraId="78810404" w14:textId="77777777" w:rsidR="00E30E19" w:rsidRDefault="00000000">
      <w:pPr>
        <w:pStyle w:val="Small"/>
        <w:keepLines/>
        <w:jc w:val="center"/>
      </w:pPr>
      <w:r>
        <w:t>Arbejdsdokument · Version 1.0 · 31. juli 2026</w:t>
      </w:r>
    </w:p>
    <w:p w14:paraId="08840E55" w14:textId="77777777" w:rsidR="00E30E19" w:rsidRDefault="00000000">
      <w:r>
        <w:br w:type="page"/>
      </w:r>
    </w:p>
    <w:p w14:paraId="4D26968A" w14:textId="77777777" w:rsidR="00E30E19" w:rsidRDefault="00000000">
      <w:pPr>
        <w:pStyle w:val="Overskrift1"/>
      </w:pPr>
      <w:r>
        <w:lastRenderedPageBreak/>
        <w:t>Dokumentets formål</w:t>
      </w:r>
    </w:p>
    <w:p w14:paraId="5C6A06CB" w14:textId="77777777" w:rsidR="00E30E19" w:rsidRDefault="00000000">
      <w:pPr>
        <w:keepLines/>
      </w:pPr>
      <w:r>
        <w:t>Dette dokument samler den fulde produktvision og designretning for en ny Jesperhus-app til voksne smartphonebrugere. Det er tænkt som fælles grundlag for produktledelse, UX/UI-design, indholdsarbejde, udvikling, drift og efterfølgende prioritering.</w:t>
      </w:r>
    </w:p>
    <w:tbl>
      <w:tblPr>
        <w:tblW w:w="0" w:type="auto"/>
        <w:jc w:val="center"/>
        <w:tblLayout w:type="fixed"/>
        <w:tblLook w:val="04A0" w:firstRow="1" w:lastRow="0" w:firstColumn="1" w:lastColumn="0" w:noHBand="0" w:noVBand="1"/>
      </w:tblPr>
      <w:tblGrid>
        <w:gridCol w:w="9360"/>
      </w:tblGrid>
      <w:tr w:rsidR="00E30E19" w14:paraId="356C53B2" w14:textId="77777777">
        <w:trPr>
          <w:jc w:val="center"/>
        </w:trPr>
        <w:tc>
          <w:tcPr>
            <w:tcW w:w="9360" w:type="dxa"/>
            <w:shd w:val="clear" w:color="auto" w:fill="EEF5EF"/>
            <w:tcMar>
              <w:top w:w="180" w:type="dxa"/>
              <w:left w:w="220" w:type="dxa"/>
              <w:bottom w:w="180" w:type="dxa"/>
              <w:right w:w="220" w:type="dxa"/>
            </w:tcMar>
          </w:tcPr>
          <w:p w14:paraId="6A9391B4" w14:textId="77777777" w:rsidR="00E30E19" w:rsidRDefault="00000000">
            <w:pPr>
              <w:spacing w:after="80"/>
            </w:pPr>
            <w:r>
              <w:rPr>
                <w:b/>
                <w:color w:val="2E7D32"/>
                <w:sz w:val="22"/>
              </w:rPr>
              <w:t>Hovedkonklusion</w:t>
            </w:r>
          </w:p>
          <w:p w14:paraId="3A499F2D" w14:textId="77777777" w:rsidR="00E30E19" w:rsidRDefault="00000000">
            <w:pPr>
              <w:spacing w:after="0" w:line="264" w:lineRule="auto"/>
            </w:pPr>
            <w:r>
              <w:t>Jesperhus har ikke først og fremmest brug for en pænere oversigtsapp. Der er brug for en pålidelig, bookingbevidst familieassistent, der hurtigt svarer på: Hvad sker der nu? Hvor er det? Kan vi nå det? Hvad passer til vores familie?</w:t>
            </w:r>
          </w:p>
        </w:tc>
      </w:tr>
    </w:tbl>
    <w:p w14:paraId="17D39F0B" w14:textId="77777777" w:rsidR="00E30E19" w:rsidRDefault="00E30E19">
      <w:pPr>
        <w:spacing w:after="20"/>
      </w:pPr>
    </w:p>
    <w:p w14:paraId="2C89387F" w14:textId="77777777" w:rsidR="00E30E19" w:rsidRDefault="00000000">
      <w:pPr>
        <w:pStyle w:val="Overskrift2"/>
      </w:pPr>
      <w:r>
        <w:t>Indhold</w:t>
      </w:r>
    </w:p>
    <w:tbl>
      <w:tblPr>
        <w:tblStyle w:val="Tabel-Gitter"/>
        <w:tblW w:w="0" w:type="auto"/>
        <w:jc w:val="center"/>
        <w:tblLayout w:type="fixed"/>
        <w:tblLook w:val="04A0" w:firstRow="1" w:lastRow="0" w:firstColumn="1" w:lastColumn="0" w:noHBand="0" w:noVBand="1"/>
      </w:tblPr>
      <w:tblGrid>
        <w:gridCol w:w="1250"/>
        <w:gridCol w:w="8110"/>
      </w:tblGrid>
      <w:tr w:rsidR="00E30E19" w14:paraId="48517DCC" w14:textId="77777777">
        <w:trPr>
          <w:tblHeader/>
          <w:jc w:val="center"/>
        </w:trPr>
        <w:tc>
          <w:tcPr>
            <w:tcW w:w="1250" w:type="dxa"/>
            <w:shd w:val="clear" w:color="auto" w:fill="235B3A"/>
            <w:tcMar>
              <w:top w:w="130" w:type="dxa"/>
              <w:left w:w="140" w:type="dxa"/>
              <w:bottom w:w="130" w:type="dxa"/>
              <w:right w:w="140" w:type="dxa"/>
            </w:tcMar>
            <w:vAlign w:val="center"/>
          </w:tcPr>
          <w:p w14:paraId="27492F43" w14:textId="77777777" w:rsidR="00E30E19" w:rsidRDefault="00000000">
            <w:r>
              <w:rPr>
                <w:b/>
                <w:color w:val="FFFFFF"/>
                <w:sz w:val="18"/>
              </w:rPr>
              <w:t>Del</w:t>
            </w:r>
          </w:p>
        </w:tc>
        <w:tc>
          <w:tcPr>
            <w:tcW w:w="8110" w:type="dxa"/>
            <w:shd w:val="clear" w:color="auto" w:fill="235B3A"/>
            <w:tcMar>
              <w:top w:w="130" w:type="dxa"/>
              <w:left w:w="140" w:type="dxa"/>
              <w:bottom w:w="130" w:type="dxa"/>
              <w:right w:w="140" w:type="dxa"/>
            </w:tcMar>
            <w:vAlign w:val="center"/>
          </w:tcPr>
          <w:p w14:paraId="3DA6EFFC" w14:textId="77777777" w:rsidR="00E30E19" w:rsidRDefault="00000000">
            <w:r>
              <w:rPr>
                <w:b/>
                <w:color w:val="FFFFFF"/>
                <w:sz w:val="18"/>
              </w:rPr>
              <w:t>Indhold</w:t>
            </w:r>
          </w:p>
        </w:tc>
      </w:tr>
      <w:tr w:rsidR="00E30E19" w14:paraId="7386D9D3" w14:textId="77777777">
        <w:trPr>
          <w:jc w:val="center"/>
        </w:trPr>
        <w:tc>
          <w:tcPr>
            <w:tcW w:w="1250" w:type="dxa"/>
            <w:tcMar>
              <w:top w:w="120" w:type="dxa"/>
              <w:left w:w="140" w:type="dxa"/>
              <w:bottom w:w="120" w:type="dxa"/>
              <w:right w:w="140" w:type="dxa"/>
            </w:tcMar>
            <w:vAlign w:val="center"/>
          </w:tcPr>
          <w:p w14:paraId="7953E07C" w14:textId="77777777" w:rsidR="00E30E19" w:rsidRDefault="00000000">
            <w:pPr>
              <w:spacing w:after="0"/>
            </w:pPr>
            <w:r>
              <w:rPr>
                <w:sz w:val="18"/>
              </w:rPr>
              <w:t>1–3</w:t>
            </w:r>
          </w:p>
        </w:tc>
        <w:tc>
          <w:tcPr>
            <w:tcW w:w="8110" w:type="dxa"/>
            <w:tcMar>
              <w:top w:w="120" w:type="dxa"/>
              <w:left w:w="140" w:type="dxa"/>
              <w:bottom w:w="120" w:type="dxa"/>
              <w:right w:w="140" w:type="dxa"/>
            </w:tcMar>
            <w:vAlign w:val="center"/>
          </w:tcPr>
          <w:p w14:paraId="21D7EC09" w14:textId="77777777" w:rsidR="00E30E19" w:rsidRDefault="00000000">
            <w:pPr>
              <w:spacing w:after="0"/>
            </w:pPr>
            <w:r>
              <w:rPr>
                <w:sz w:val="18"/>
              </w:rPr>
              <w:t>Vision, principper og research</w:t>
            </w:r>
          </w:p>
        </w:tc>
      </w:tr>
      <w:tr w:rsidR="00E30E19" w14:paraId="3E0E8D4E" w14:textId="77777777">
        <w:trPr>
          <w:jc w:val="center"/>
        </w:trPr>
        <w:tc>
          <w:tcPr>
            <w:tcW w:w="1250" w:type="dxa"/>
            <w:shd w:val="clear" w:color="auto" w:fill="F6F8F6"/>
            <w:tcMar>
              <w:top w:w="120" w:type="dxa"/>
              <w:left w:w="140" w:type="dxa"/>
              <w:bottom w:w="120" w:type="dxa"/>
              <w:right w:w="140" w:type="dxa"/>
            </w:tcMar>
            <w:vAlign w:val="center"/>
          </w:tcPr>
          <w:p w14:paraId="175F7B93" w14:textId="77777777" w:rsidR="00E30E19" w:rsidRDefault="00000000">
            <w:pPr>
              <w:spacing w:after="0"/>
            </w:pPr>
            <w:r>
              <w:rPr>
                <w:sz w:val="18"/>
              </w:rPr>
              <w:t>4–8</w:t>
            </w:r>
          </w:p>
        </w:tc>
        <w:tc>
          <w:tcPr>
            <w:tcW w:w="8110" w:type="dxa"/>
            <w:shd w:val="clear" w:color="auto" w:fill="F6F8F6"/>
            <w:tcMar>
              <w:top w:w="120" w:type="dxa"/>
              <w:left w:w="140" w:type="dxa"/>
              <w:bottom w:w="120" w:type="dxa"/>
              <w:right w:w="140" w:type="dxa"/>
            </w:tcMar>
            <w:vAlign w:val="center"/>
          </w:tcPr>
          <w:p w14:paraId="45147D0F" w14:textId="77777777" w:rsidR="00E30E19" w:rsidRDefault="00000000">
            <w:pPr>
              <w:spacing w:after="0"/>
            </w:pPr>
            <w:r>
              <w:rPr>
                <w:sz w:val="18"/>
              </w:rPr>
              <w:t>Produktkoncept, navigation, startside, plan og søgning</w:t>
            </w:r>
          </w:p>
        </w:tc>
      </w:tr>
      <w:tr w:rsidR="00E30E19" w14:paraId="220FA4DB" w14:textId="77777777">
        <w:trPr>
          <w:jc w:val="center"/>
        </w:trPr>
        <w:tc>
          <w:tcPr>
            <w:tcW w:w="1250" w:type="dxa"/>
            <w:tcMar>
              <w:top w:w="120" w:type="dxa"/>
              <w:left w:w="140" w:type="dxa"/>
              <w:bottom w:w="120" w:type="dxa"/>
              <w:right w:w="140" w:type="dxa"/>
            </w:tcMar>
            <w:vAlign w:val="center"/>
          </w:tcPr>
          <w:p w14:paraId="4F4FAF8B" w14:textId="77777777" w:rsidR="00E30E19" w:rsidRDefault="00000000">
            <w:pPr>
              <w:spacing w:after="0"/>
            </w:pPr>
            <w:r>
              <w:rPr>
                <w:sz w:val="18"/>
              </w:rPr>
              <w:t>9–13</w:t>
            </w:r>
          </w:p>
        </w:tc>
        <w:tc>
          <w:tcPr>
            <w:tcW w:w="8110" w:type="dxa"/>
            <w:tcMar>
              <w:top w:w="120" w:type="dxa"/>
              <w:left w:w="140" w:type="dxa"/>
              <w:bottom w:w="120" w:type="dxa"/>
              <w:right w:w="140" w:type="dxa"/>
            </w:tcMar>
            <w:vAlign w:val="center"/>
          </w:tcPr>
          <w:p w14:paraId="3F0E48E7" w14:textId="77777777" w:rsidR="00E30E19" w:rsidRDefault="00000000">
            <w:pPr>
              <w:spacing w:after="0"/>
            </w:pPr>
            <w:r>
              <w:rPr>
                <w:sz w:val="18"/>
              </w:rPr>
              <w:t>Kort, ophold, mad, notifikationer og visuel retning</w:t>
            </w:r>
          </w:p>
        </w:tc>
      </w:tr>
      <w:tr w:rsidR="00E30E19" w14:paraId="5A76382D" w14:textId="77777777">
        <w:trPr>
          <w:jc w:val="center"/>
        </w:trPr>
        <w:tc>
          <w:tcPr>
            <w:tcW w:w="1250" w:type="dxa"/>
            <w:shd w:val="clear" w:color="auto" w:fill="F6F8F6"/>
            <w:tcMar>
              <w:top w:w="120" w:type="dxa"/>
              <w:left w:w="140" w:type="dxa"/>
              <w:bottom w:w="120" w:type="dxa"/>
              <w:right w:w="140" w:type="dxa"/>
            </w:tcMar>
            <w:vAlign w:val="center"/>
          </w:tcPr>
          <w:p w14:paraId="4D341E5B" w14:textId="77777777" w:rsidR="00E30E19" w:rsidRDefault="00000000">
            <w:pPr>
              <w:spacing w:after="0"/>
            </w:pPr>
            <w:r>
              <w:rPr>
                <w:sz w:val="18"/>
              </w:rPr>
              <w:t>14–18</w:t>
            </w:r>
          </w:p>
        </w:tc>
        <w:tc>
          <w:tcPr>
            <w:tcW w:w="8110" w:type="dxa"/>
            <w:shd w:val="clear" w:color="auto" w:fill="F6F8F6"/>
            <w:tcMar>
              <w:top w:w="120" w:type="dxa"/>
              <w:left w:w="140" w:type="dxa"/>
              <w:bottom w:w="120" w:type="dxa"/>
              <w:right w:w="140" w:type="dxa"/>
            </w:tcMar>
            <w:vAlign w:val="center"/>
          </w:tcPr>
          <w:p w14:paraId="637D56C2" w14:textId="77777777" w:rsidR="00E30E19" w:rsidRDefault="00000000">
            <w:pPr>
              <w:spacing w:after="0"/>
            </w:pPr>
            <w:r>
              <w:rPr>
                <w:sz w:val="18"/>
              </w:rPr>
              <w:t>Krav, data, arkitektur, privatliv og tilgængelighed</w:t>
            </w:r>
          </w:p>
        </w:tc>
      </w:tr>
      <w:tr w:rsidR="00E30E19" w14:paraId="7A744CB1" w14:textId="77777777">
        <w:trPr>
          <w:jc w:val="center"/>
        </w:trPr>
        <w:tc>
          <w:tcPr>
            <w:tcW w:w="1250" w:type="dxa"/>
            <w:tcMar>
              <w:top w:w="120" w:type="dxa"/>
              <w:left w:w="140" w:type="dxa"/>
              <w:bottom w:w="120" w:type="dxa"/>
              <w:right w:w="140" w:type="dxa"/>
            </w:tcMar>
            <w:vAlign w:val="center"/>
          </w:tcPr>
          <w:p w14:paraId="0455FF2D" w14:textId="77777777" w:rsidR="00E30E19" w:rsidRDefault="00000000">
            <w:pPr>
              <w:spacing w:after="0"/>
            </w:pPr>
            <w:r>
              <w:rPr>
                <w:sz w:val="18"/>
              </w:rPr>
              <w:t>19–22</w:t>
            </w:r>
          </w:p>
        </w:tc>
        <w:tc>
          <w:tcPr>
            <w:tcW w:w="8110" w:type="dxa"/>
            <w:tcMar>
              <w:top w:w="120" w:type="dxa"/>
              <w:left w:w="140" w:type="dxa"/>
              <w:bottom w:w="120" w:type="dxa"/>
              <w:right w:w="140" w:type="dxa"/>
            </w:tcMar>
            <w:vAlign w:val="center"/>
          </w:tcPr>
          <w:p w14:paraId="722B193E" w14:textId="77777777" w:rsidR="00E30E19" w:rsidRDefault="00000000">
            <w:pPr>
              <w:spacing w:after="0"/>
            </w:pPr>
            <w:r>
              <w:rPr>
                <w:sz w:val="18"/>
              </w:rPr>
              <w:t>MVP, roadmap, test og succeskriterier</w:t>
            </w:r>
          </w:p>
        </w:tc>
      </w:tr>
    </w:tbl>
    <w:p w14:paraId="5AAF152A" w14:textId="77777777" w:rsidR="00E30E19" w:rsidRDefault="00E30E19">
      <w:pPr>
        <w:spacing w:after="20"/>
      </w:pPr>
    </w:p>
    <w:p w14:paraId="09CBD7A2" w14:textId="77777777" w:rsidR="00E30E19" w:rsidRDefault="00000000">
      <w:pPr>
        <w:pStyle w:val="Overskrift1"/>
      </w:pPr>
      <w:r>
        <w:t>1. Vision og designprincipper</w:t>
      </w:r>
    </w:p>
    <w:p w14:paraId="6C1C207D" w14:textId="77777777" w:rsidR="00E30E19" w:rsidRDefault="00000000">
      <w:pPr>
        <w:keepLines/>
      </w:pPr>
      <w:r>
        <w:t>Jesperhus er stærkt børnefokuseret, mens den voksne bruger typisk står med koordinering, billetter, tider, mad, transport, vejr og forskellige familiemedlemmers behov. Appen skal derfor føles som en rolig personlig assistent — ikke som en mobil kopi af hjemmesidens menuer.</w:t>
      </w:r>
    </w:p>
    <w:p w14:paraId="0E1755EC" w14:textId="77777777" w:rsidR="00E30E19" w:rsidRDefault="00000000">
      <w:pPr>
        <w:pStyle w:val="Overskrift2"/>
      </w:pPr>
      <w:r>
        <w:t>Tre styrende principper</w:t>
      </w:r>
    </w:p>
    <w:p w14:paraId="3047F19D" w14:textId="77777777" w:rsidR="00E30E19" w:rsidRDefault="00000000">
      <w:pPr>
        <w:pStyle w:val="Opstilling-punkttegn"/>
        <w:keepLines/>
        <w:spacing w:after="40"/>
      </w:pPr>
      <w:r>
        <w:t>Mindre information — mere handling.</w:t>
      </w:r>
    </w:p>
    <w:p w14:paraId="530CD453" w14:textId="77777777" w:rsidR="00E30E19" w:rsidRDefault="00000000">
      <w:pPr>
        <w:pStyle w:val="Opstilling-punkttegn"/>
        <w:keepLines/>
        <w:spacing w:after="40"/>
      </w:pPr>
      <w:r>
        <w:t>Alt vigtigt skal kunne nås med én hånd.</w:t>
      </w:r>
    </w:p>
    <w:p w14:paraId="2E3A4826" w14:textId="77777777" w:rsidR="00E30E19" w:rsidRDefault="00000000">
      <w:pPr>
        <w:pStyle w:val="Opstilling-punkttegn"/>
        <w:keepLines/>
        <w:spacing w:after="40"/>
      </w:pPr>
      <w:r>
        <w:t>Appen skal spare tid, ikke give gæsten mere at læse.</w:t>
      </w:r>
    </w:p>
    <w:p w14:paraId="0CEEA509" w14:textId="77777777" w:rsidR="00E30E19" w:rsidRDefault="00000000">
      <w:pPr>
        <w:pStyle w:val="Overskrift2"/>
      </w:pPr>
      <w:r>
        <w:t>Supplerende UX-principper</w:t>
      </w:r>
    </w:p>
    <w:p w14:paraId="3A3E0BD5" w14:textId="77777777" w:rsidR="00E30E19" w:rsidRDefault="00000000">
      <w:pPr>
        <w:pStyle w:val="Opstilling-punkttegn"/>
        <w:keepLines/>
        <w:spacing w:after="40"/>
      </w:pPr>
      <w:r>
        <w:t>Kontekst før navigation: fremhæv det relevante ud fra tid, sted, booking og familieprofil.</w:t>
      </w:r>
    </w:p>
    <w:p w14:paraId="7958C1BE" w14:textId="77777777" w:rsidR="00E30E19" w:rsidRDefault="00000000">
      <w:pPr>
        <w:pStyle w:val="Opstilling-punkttegn"/>
        <w:keepLines/>
        <w:spacing w:after="40"/>
      </w:pPr>
      <w:r>
        <w:t>Beslutninger før databaseelementer: oversæt rå information til konkrete svar og handlinger.</w:t>
      </w:r>
    </w:p>
    <w:p w14:paraId="5D0D8E48" w14:textId="77777777" w:rsidR="00E30E19" w:rsidRDefault="00000000">
      <w:pPr>
        <w:pStyle w:val="Opstilling-punkttegn"/>
        <w:keepLines/>
        <w:spacing w:after="40"/>
      </w:pPr>
      <w:r>
        <w:t>Én autoritativ sandhed: tider, billetter, bookingstatus og åbning skal være korrekte og synkroniserede.</w:t>
      </w:r>
    </w:p>
    <w:p w14:paraId="6C184E86" w14:textId="77777777" w:rsidR="00E30E19" w:rsidRDefault="00000000">
      <w:pPr>
        <w:pStyle w:val="Opstilling-punkttegn"/>
        <w:keepLines/>
        <w:spacing w:after="40"/>
      </w:pPr>
      <w:r>
        <w:t>Mindre skærmtid: brug påmindelser og klare næste handlinger, så telefonen kan lægges væk.</w:t>
      </w:r>
    </w:p>
    <w:p w14:paraId="7B8959DF" w14:textId="77777777" w:rsidR="00E30E19" w:rsidRDefault="00000000">
      <w:pPr>
        <w:pStyle w:val="Opstilling-punkttegn"/>
        <w:keepLines/>
        <w:spacing w:after="40"/>
      </w:pPr>
      <w:r>
        <w:lastRenderedPageBreak/>
        <w:t>Progressiv kompleksitet: standardvisningen skal være enkel; detaljer og avancerede valg åbnes efter behov.</w:t>
      </w:r>
    </w:p>
    <w:p w14:paraId="5F49AF21" w14:textId="77777777" w:rsidR="00E30E19" w:rsidRDefault="00000000">
      <w:pPr>
        <w:pStyle w:val="Overskrift1"/>
      </w:pPr>
      <w:r>
        <w:t>2. Research: Jesperhus som samlet destination</w:t>
      </w:r>
    </w:p>
    <w:p w14:paraId="28D06D37" w14:textId="77777777" w:rsidR="00E30E19" w:rsidRDefault="00000000">
      <w:pPr>
        <w:keepLines/>
      </w:pPr>
      <w:r>
        <w:t>Jesperhus er samtidigt feriecenter, campingplads, forlystelsespark, badeland, legeland, showdestination, aktivitetscenter, restaurant- og takeawayområde, overnatningssted samt billet- og bookingplatform. Informationsbehovet er derfor større end ved et kort parkbesøg, fordi gæsten kan bo midt i destinationen i flere dage.</w:t>
      </w:r>
    </w:p>
    <w:p w14:paraId="5EFAA3DB" w14:textId="77777777" w:rsidR="00E30E19" w:rsidRDefault="00000000">
      <w:pPr>
        <w:pStyle w:val="Overskrift2"/>
      </w:pPr>
      <w:r>
        <w:t>Nuværende indholdsområder</w:t>
      </w:r>
    </w:p>
    <w:tbl>
      <w:tblPr>
        <w:tblStyle w:val="Tabel-Gitter"/>
        <w:tblW w:w="0" w:type="auto"/>
        <w:jc w:val="center"/>
        <w:tblLayout w:type="fixed"/>
        <w:tblLook w:val="04A0" w:firstRow="1" w:lastRow="0" w:firstColumn="1" w:lastColumn="0" w:noHBand="0" w:noVBand="1"/>
      </w:tblPr>
      <w:tblGrid>
        <w:gridCol w:w="1850"/>
        <w:gridCol w:w="7510"/>
      </w:tblGrid>
      <w:tr w:rsidR="00E30E19" w14:paraId="65BA8C9F" w14:textId="77777777">
        <w:trPr>
          <w:tblHeader/>
          <w:jc w:val="center"/>
        </w:trPr>
        <w:tc>
          <w:tcPr>
            <w:tcW w:w="1850" w:type="dxa"/>
            <w:shd w:val="clear" w:color="auto" w:fill="235B3A"/>
            <w:tcMar>
              <w:top w:w="130" w:type="dxa"/>
              <w:left w:w="140" w:type="dxa"/>
              <w:bottom w:w="130" w:type="dxa"/>
              <w:right w:w="140" w:type="dxa"/>
            </w:tcMar>
            <w:vAlign w:val="center"/>
          </w:tcPr>
          <w:p w14:paraId="506CF055" w14:textId="77777777" w:rsidR="00E30E19" w:rsidRDefault="00000000">
            <w:r>
              <w:rPr>
                <w:b/>
                <w:color w:val="FFFFFF"/>
                <w:sz w:val="18"/>
              </w:rPr>
              <w:t>Område</w:t>
            </w:r>
          </w:p>
        </w:tc>
        <w:tc>
          <w:tcPr>
            <w:tcW w:w="7510" w:type="dxa"/>
            <w:shd w:val="clear" w:color="auto" w:fill="235B3A"/>
            <w:tcMar>
              <w:top w:w="130" w:type="dxa"/>
              <w:left w:w="140" w:type="dxa"/>
              <w:bottom w:w="130" w:type="dxa"/>
              <w:right w:w="140" w:type="dxa"/>
            </w:tcMar>
            <w:vAlign w:val="center"/>
          </w:tcPr>
          <w:p w14:paraId="7E4CDCAB" w14:textId="77777777" w:rsidR="00E30E19" w:rsidRDefault="00000000">
            <w:r>
              <w:rPr>
                <w:b/>
                <w:color w:val="FFFFFF"/>
                <w:sz w:val="18"/>
              </w:rPr>
              <w:t>Eksempler på gæstens behov</w:t>
            </w:r>
          </w:p>
        </w:tc>
      </w:tr>
      <w:tr w:rsidR="00E30E19" w14:paraId="18537BED" w14:textId="77777777">
        <w:trPr>
          <w:jc w:val="center"/>
        </w:trPr>
        <w:tc>
          <w:tcPr>
            <w:tcW w:w="1850" w:type="dxa"/>
            <w:tcMar>
              <w:top w:w="120" w:type="dxa"/>
              <w:left w:w="140" w:type="dxa"/>
              <w:bottom w:w="120" w:type="dxa"/>
              <w:right w:w="140" w:type="dxa"/>
            </w:tcMar>
            <w:vAlign w:val="center"/>
          </w:tcPr>
          <w:p w14:paraId="40B19D62" w14:textId="77777777" w:rsidR="00E30E19" w:rsidRDefault="00000000">
            <w:pPr>
              <w:spacing w:after="0"/>
            </w:pPr>
            <w:r>
              <w:rPr>
                <w:sz w:val="18"/>
              </w:rPr>
              <w:t>Ophold</w:t>
            </w:r>
          </w:p>
        </w:tc>
        <w:tc>
          <w:tcPr>
            <w:tcW w:w="7510" w:type="dxa"/>
            <w:tcMar>
              <w:top w:w="120" w:type="dxa"/>
              <w:left w:w="140" w:type="dxa"/>
              <w:bottom w:w="120" w:type="dxa"/>
              <w:right w:w="140" w:type="dxa"/>
            </w:tcMar>
            <w:vAlign w:val="center"/>
          </w:tcPr>
          <w:p w14:paraId="78EF8879" w14:textId="77777777" w:rsidR="00E30E19" w:rsidRDefault="00000000">
            <w:pPr>
              <w:spacing w:after="0"/>
            </w:pPr>
            <w:r>
              <w:rPr>
                <w:sz w:val="18"/>
              </w:rPr>
              <w:t>Booking, enhed, ankomst/afrejse, inventar, tilkøb og adgangsregler.</w:t>
            </w:r>
          </w:p>
        </w:tc>
      </w:tr>
      <w:tr w:rsidR="00E30E19" w14:paraId="5B2CD9C4" w14:textId="77777777">
        <w:trPr>
          <w:jc w:val="center"/>
        </w:trPr>
        <w:tc>
          <w:tcPr>
            <w:tcW w:w="1850" w:type="dxa"/>
            <w:shd w:val="clear" w:color="auto" w:fill="F6F8F6"/>
            <w:tcMar>
              <w:top w:w="120" w:type="dxa"/>
              <w:left w:w="140" w:type="dxa"/>
              <w:bottom w:w="120" w:type="dxa"/>
              <w:right w:w="140" w:type="dxa"/>
            </w:tcMar>
            <w:vAlign w:val="center"/>
          </w:tcPr>
          <w:p w14:paraId="55C5F136" w14:textId="77777777" w:rsidR="00E30E19" w:rsidRDefault="00000000">
            <w:pPr>
              <w:spacing w:after="0"/>
            </w:pPr>
            <w:r>
              <w:rPr>
                <w:sz w:val="18"/>
              </w:rPr>
              <w:t>Aktiviteter</w:t>
            </w:r>
          </w:p>
        </w:tc>
        <w:tc>
          <w:tcPr>
            <w:tcW w:w="7510" w:type="dxa"/>
            <w:shd w:val="clear" w:color="auto" w:fill="F6F8F6"/>
            <w:tcMar>
              <w:top w:w="120" w:type="dxa"/>
              <w:left w:w="140" w:type="dxa"/>
              <w:bottom w:w="120" w:type="dxa"/>
              <w:right w:w="140" w:type="dxa"/>
            </w:tcMar>
            <w:vAlign w:val="center"/>
          </w:tcPr>
          <w:p w14:paraId="25C394B6" w14:textId="77777777" w:rsidR="00E30E19" w:rsidRDefault="00000000">
            <w:pPr>
              <w:spacing w:after="0"/>
            </w:pPr>
            <w:r>
              <w:rPr>
                <w:sz w:val="18"/>
              </w:rPr>
              <w:t>Shows, fællesaktiviteter, åbningstider og ændringer.</w:t>
            </w:r>
          </w:p>
        </w:tc>
      </w:tr>
      <w:tr w:rsidR="00E30E19" w14:paraId="4E897BCF" w14:textId="77777777">
        <w:trPr>
          <w:jc w:val="center"/>
        </w:trPr>
        <w:tc>
          <w:tcPr>
            <w:tcW w:w="1850" w:type="dxa"/>
            <w:tcMar>
              <w:top w:w="120" w:type="dxa"/>
              <w:left w:w="140" w:type="dxa"/>
              <w:bottom w:w="120" w:type="dxa"/>
              <w:right w:w="140" w:type="dxa"/>
            </w:tcMar>
            <w:vAlign w:val="center"/>
          </w:tcPr>
          <w:p w14:paraId="62AB1143" w14:textId="77777777" w:rsidR="00E30E19" w:rsidRDefault="00000000">
            <w:pPr>
              <w:spacing w:after="0"/>
            </w:pPr>
            <w:r>
              <w:rPr>
                <w:sz w:val="18"/>
              </w:rPr>
              <w:t>Mad og kaffe</w:t>
            </w:r>
          </w:p>
        </w:tc>
        <w:tc>
          <w:tcPr>
            <w:tcW w:w="7510" w:type="dxa"/>
            <w:tcMar>
              <w:top w:w="120" w:type="dxa"/>
              <w:left w:w="140" w:type="dxa"/>
              <w:bottom w:w="120" w:type="dxa"/>
              <w:right w:w="140" w:type="dxa"/>
            </w:tcMar>
            <w:vAlign w:val="center"/>
          </w:tcPr>
          <w:p w14:paraId="57C2281B" w14:textId="77777777" w:rsidR="00E30E19" w:rsidRDefault="00000000">
            <w:pPr>
              <w:spacing w:after="0"/>
            </w:pPr>
            <w:r>
              <w:rPr>
                <w:sz w:val="18"/>
              </w:rPr>
              <w:t>Åbent nu, nærmeste sted, menu, kø, takeaway og bestilling.</w:t>
            </w:r>
          </w:p>
        </w:tc>
      </w:tr>
      <w:tr w:rsidR="00E30E19" w14:paraId="53AF462A" w14:textId="77777777">
        <w:trPr>
          <w:jc w:val="center"/>
        </w:trPr>
        <w:tc>
          <w:tcPr>
            <w:tcW w:w="1850" w:type="dxa"/>
            <w:shd w:val="clear" w:color="auto" w:fill="F6F8F6"/>
            <w:tcMar>
              <w:top w:w="120" w:type="dxa"/>
              <w:left w:w="140" w:type="dxa"/>
              <w:bottom w:w="120" w:type="dxa"/>
              <w:right w:w="140" w:type="dxa"/>
            </w:tcMar>
            <w:vAlign w:val="center"/>
          </w:tcPr>
          <w:p w14:paraId="0B5F928A" w14:textId="77777777" w:rsidR="00E30E19" w:rsidRDefault="00000000">
            <w:pPr>
              <w:spacing w:after="0"/>
            </w:pPr>
            <w:r>
              <w:rPr>
                <w:sz w:val="18"/>
              </w:rPr>
              <w:t>Underholdning</w:t>
            </w:r>
          </w:p>
        </w:tc>
        <w:tc>
          <w:tcPr>
            <w:tcW w:w="7510" w:type="dxa"/>
            <w:shd w:val="clear" w:color="auto" w:fill="F6F8F6"/>
            <w:tcMar>
              <w:top w:w="120" w:type="dxa"/>
              <w:left w:w="140" w:type="dxa"/>
              <w:bottom w:w="120" w:type="dxa"/>
              <w:right w:w="140" w:type="dxa"/>
            </w:tcMar>
            <w:vAlign w:val="center"/>
          </w:tcPr>
          <w:p w14:paraId="6C855F8B" w14:textId="77777777" w:rsidR="00E30E19" w:rsidRDefault="00000000">
            <w:pPr>
              <w:spacing w:after="0"/>
            </w:pPr>
            <w:r>
              <w:rPr>
                <w:sz w:val="18"/>
              </w:rPr>
              <w:t>Morgen-, park-, Hugo-, pirat- og godnatshows samt aftenprogram.</w:t>
            </w:r>
          </w:p>
        </w:tc>
      </w:tr>
      <w:tr w:rsidR="00E30E19" w14:paraId="0C2BE48B" w14:textId="77777777">
        <w:trPr>
          <w:jc w:val="center"/>
        </w:trPr>
        <w:tc>
          <w:tcPr>
            <w:tcW w:w="1850" w:type="dxa"/>
            <w:tcMar>
              <w:top w:w="120" w:type="dxa"/>
              <w:left w:w="140" w:type="dxa"/>
              <w:bottom w:w="120" w:type="dxa"/>
              <w:right w:w="140" w:type="dxa"/>
            </w:tcMar>
            <w:vAlign w:val="center"/>
          </w:tcPr>
          <w:p w14:paraId="06239E0A" w14:textId="77777777" w:rsidR="00E30E19" w:rsidRDefault="00000000">
            <w:pPr>
              <w:spacing w:after="0"/>
            </w:pPr>
            <w:r>
              <w:rPr>
                <w:sz w:val="18"/>
              </w:rPr>
              <w:t>Praktisk</w:t>
            </w:r>
          </w:p>
        </w:tc>
        <w:tc>
          <w:tcPr>
            <w:tcW w:w="7510" w:type="dxa"/>
            <w:tcMar>
              <w:top w:w="120" w:type="dxa"/>
              <w:left w:w="140" w:type="dxa"/>
              <w:bottom w:w="120" w:type="dxa"/>
              <w:right w:w="140" w:type="dxa"/>
            </w:tcMar>
            <w:vAlign w:val="center"/>
          </w:tcPr>
          <w:p w14:paraId="1F72A4E0" w14:textId="77777777" w:rsidR="00E30E19" w:rsidRDefault="00000000">
            <w:pPr>
              <w:spacing w:after="0"/>
            </w:pPr>
            <w:r>
              <w:rPr>
                <w:sz w:val="18"/>
              </w:rPr>
              <w:t>Reception, nødtelefon, strøm, opladning, handicap, hittegods og parkering.</w:t>
            </w:r>
          </w:p>
        </w:tc>
      </w:tr>
      <w:tr w:rsidR="00E30E19" w14:paraId="4AA1A77D" w14:textId="77777777">
        <w:trPr>
          <w:jc w:val="center"/>
        </w:trPr>
        <w:tc>
          <w:tcPr>
            <w:tcW w:w="1850" w:type="dxa"/>
            <w:shd w:val="clear" w:color="auto" w:fill="F6F8F6"/>
            <w:tcMar>
              <w:top w:w="120" w:type="dxa"/>
              <w:left w:w="140" w:type="dxa"/>
              <w:bottom w:w="120" w:type="dxa"/>
              <w:right w:w="140" w:type="dxa"/>
            </w:tcMar>
            <w:vAlign w:val="center"/>
          </w:tcPr>
          <w:p w14:paraId="0AEB60B2" w14:textId="77777777" w:rsidR="00E30E19" w:rsidRDefault="00000000">
            <w:pPr>
              <w:spacing w:after="0"/>
            </w:pPr>
            <w:r>
              <w:rPr>
                <w:sz w:val="18"/>
              </w:rPr>
              <w:t>Køb og adgang</w:t>
            </w:r>
          </w:p>
        </w:tc>
        <w:tc>
          <w:tcPr>
            <w:tcW w:w="7510" w:type="dxa"/>
            <w:shd w:val="clear" w:color="auto" w:fill="F6F8F6"/>
            <w:tcMar>
              <w:top w:w="120" w:type="dxa"/>
              <w:left w:w="140" w:type="dxa"/>
              <w:bottom w:w="120" w:type="dxa"/>
              <w:right w:w="140" w:type="dxa"/>
            </w:tcMar>
            <w:vAlign w:val="center"/>
          </w:tcPr>
          <w:p w14:paraId="02E948FC" w14:textId="77777777" w:rsidR="00E30E19" w:rsidRDefault="00000000">
            <w:pPr>
              <w:spacing w:after="0"/>
            </w:pPr>
            <w:r>
              <w:rPr>
                <w:sz w:val="18"/>
              </w:rPr>
              <w:t>Billetter, sæsonkort, betalingsaktiviteter, fordele og madbestilling.</w:t>
            </w:r>
          </w:p>
        </w:tc>
      </w:tr>
    </w:tbl>
    <w:p w14:paraId="36A34C3E" w14:textId="77777777" w:rsidR="00E30E19" w:rsidRDefault="00E30E19">
      <w:pPr>
        <w:spacing w:after="20"/>
      </w:pPr>
    </w:p>
    <w:p w14:paraId="31B0AB3C" w14:textId="77777777" w:rsidR="00E30E19" w:rsidRDefault="00000000">
      <w:pPr>
        <w:pStyle w:val="Overskrift2"/>
      </w:pPr>
      <w:r>
        <w:t>Eksempel på blandet dagsinformation</w:t>
      </w:r>
    </w:p>
    <w:p w14:paraId="61A5E5ED" w14:textId="77777777" w:rsidR="00E30E19" w:rsidRDefault="00000000">
      <w:pPr>
        <w:pStyle w:val="Opstilling-punkttegn"/>
        <w:keepLines/>
        <w:spacing w:after="40"/>
      </w:pPr>
      <w:r>
        <w:t>Købmand: 07.00–22.00</w:t>
      </w:r>
    </w:p>
    <w:p w14:paraId="347299BA" w14:textId="77777777" w:rsidR="00E30E19" w:rsidRDefault="00000000">
      <w:pPr>
        <w:pStyle w:val="Opstilling-punkttegn"/>
        <w:keepLines/>
        <w:spacing w:after="40"/>
      </w:pPr>
      <w:r>
        <w:t>Morgenshow: 09.00–09.20</w:t>
      </w:r>
    </w:p>
    <w:p w14:paraId="2B804C3D" w14:textId="77777777" w:rsidR="00E30E19" w:rsidRDefault="00000000">
      <w:pPr>
        <w:pStyle w:val="Opstilling-punkttegn"/>
        <w:keepLines/>
        <w:spacing w:after="40"/>
      </w:pPr>
      <w:r>
        <w:t>Restaurant Jesperhus: 12.00–22.00</w:t>
      </w:r>
    </w:p>
    <w:p w14:paraId="73F98790" w14:textId="77777777" w:rsidR="00E30E19" w:rsidRDefault="00000000">
      <w:pPr>
        <w:pStyle w:val="Opstilling-punkttegn"/>
        <w:keepLines/>
        <w:spacing w:after="40"/>
      </w:pPr>
      <w:r>
        <w:t>Street Food: 16.00–21.30</w:t>
      </w:r>
    </w:p>
    <w:p w14:paraId="46D2A37C" w14:textId="77777777" w:rsidR="00E30E19" w:rsidRDefault="00000000">
      <w:pPr>
        <w:pStyle w:val="Opstilling-punkttegn"/>
        <w:keepLines/>
        <w:spacing w:after="40"/>
      </w:pPr>
      <w:r>
        <w:t>Piratshow på udvalgte dage: 17.00–18.30</w:t>
      </w:r>
    </w:p>
    <w:p w14:paraId="19D6B5C6" w14:textId="77777777" w:rsidR="00E30E19" w:rsidRDefault="00000000">
      <w:pPr>
        <w:pStyle w:val="Opstilling-punkttegn"/>
        <w:keepLines/>
        <w:spacing w:after="40"/>
      </w:pPr>
      <w:r>
        <w:t>Godnatshow: 19.30–19.50</w:t>
      </w:r>
    </w:p>
    <w:p w14:paraId="5D082BB8" w14:textId="77777777" w:rsidR="00E30E19" w:rsidRDefault="00000000">
      <w:pPr>
        <w:pStyle w:val="Opstilling-punkttegn"/>
        <w:keepLines/>
        <w:spacing w:after="40"/>
      </w:pPr>
      <w:r>
        <w:t>Underholdning på Torvet: 20.10–20.45</w:t>
      </w:r>
    </w:p>
    <w:p w14:paraId="1D8213ED" w14:textId="77777777" w:rsidR="00E30E19" w:rsidRDefault="00000000">
      <w:pPr>
        <w:keepLines/>
      </w:pPr>
      <w:r>
        <w:t>En lang liste blander tre forskellige spørgsmål: Hvad sker der? Hvad er åbent? Hvad har vi selv planlagt? De tre informationstyper skal adskilles visuelt og semantisk.</w:t>
      </w:r>
    </w:p>
    <w:p w14:paraId="22433C06" w14:textId="77777777" w:rsidR="00E30E19" w:rsidRDefault="00000000">
      <w:pPr>
        <w:pStyle w:val="Overskrift1"/>
      </w:pPr>
      <w:r>
        <w:t>3. Vurdering af den nuværende løsning</w:t>
      </w:r>
    </w:p>
    <w:p w14:paraId="08626C41" w14:textId="77777777" w:rsidR="00E30E19" w:rsidRDefault="00000000">
      <w:pPr>
        <w:keepLines/>
      </w:pPr>
      <w:r>
        <w:t>Den nuværende app har allerede mange af de rigtige råvarer: booking, adresse, billetter, sæsonkort, aktivitetsplan, kort, madbestilling, præmier/fordele og bookingrelaterede push-beskeder. Problemet er primært, at de fremstår som adskilte destinationer frem for én sammenhængende gæsterejse.</w:t>
      </w:r>
    </w:p>
    <w:p w14:paraId="42DFA453" w14:textId="77777777" w:rsidR="00E30E19" w:rsidRDefault="00000000">
      <w:pPr>
        <w:pStyle w:val="Overskrift2"/>
      </w:pPr>
      <w:r>
        <w:lastRenderedPageBreak/>
        <w:t>Centrale problemer</w:t>
      </w:r>
    </w:p>
    <w:p w14:paraId="18AFCC29" w14:textId="77777777" w:rsidR="00E30E19" w:rsidRDefault="00000000">
      <w:pPr>
        <w:pStyle w:val="Opstilling-talellerbogst"/>
        <w:keepLines/>
        <w:spacing w:after="60"/>
      </w:pPr>
      <w:r>
        <w:t>Information vises, men oversættes ikke konsekvent til svar som “kan vi nå det?”, “passer det til vores treårige?” eller “skal vi booke?”.</w:t>
      </w:r>
    </w:p>
    <w:p w14:paraId="2B3809BA" w14:textId="77777777" w:rsidR="00E30E19" w:rsidRDefault="00000000">
      <w:pPr>
        <w:pStyle w:val="Opstilling-talellerbogst"/>
        <w:keepLines/>
        <w:spacing w:after="60"/>
      </w:pPr>
      <w:r>
        <w:t>Åbningstider, begivenheder og personlige aftaler behandles som næsten samme type række.</w:t>
      </w:r>
    </w:p>
    <w:p w14:paraId="1FD9ED54" w14:textId="77777777" w:rsidR="00E30E19" w:rsidRDefault="00000000">
      <w:pPr>
        <w:pStyle w:val="Opstilling-talellerbogst"/>
        <w:keepLines/>
        <w:spacing w:after="60"/>
      </w:pPr>
      <w:r>
        <w:t>Kortet lover ikke tydeligt brugerposition, vandrerute, gangtid eller tilgængelig rute.</w:t>
      </w:r>
    </w:p>
    <w:p w14:paraId="0672714E" w14:textId="77777777" w:rsidR="00E30E19" w:rsidRDefault="00000000">
      <w:pPr>
        <w:pStyle w:val="Opstilling-talellerbogst"/>
        <w:keepLines/>
        <w:spacing w:after="60"/>
      </w:pPr>
      <w:r>
        <w:t>Fejl ved booking, billetter, sæsonkort eller forældede fordele svækker tilliden til hele produktet.</w:t>
      </w:r>
    </w:p>
    <w:p w14:paraId="6F71833E" w14:textId="77777777" w:rsidR="00E30E19" w:rsidRDefault="00000000">
      <w:pPr>
        <w:pStyle w:val="Opstilling-talellerbogst"/>
        <w:keepLines/>
        <w:spacing w:after="60"/>
      </w:pPr>
      <w:r>
        <w:t>Opholdet vises som information i stedet for at være appens overordnede kontekst.</w:t>
      </w:r>
    </w:p>
    <w:p w14:paraId="70C4CD6B" w14:textId="77777777" w:rsidR="00E30E19" w:rsidRDefault="00000000">
      <w:pPr>
        <w:pStyle w:val="Opstilling-talellerbogst"/>
        <w:keepLines/>
        <w:spacing w:after="60"/>
      </w:pPr>
      <w:r>
        <w:t>Søgningen tager udgangspunkt i interne emneord frem for gæstens opgaver og hverdagssprog.</w:t>
      </w:r>
    </w:p>
    <w:tbl>
      <w:tblPr>
        <w:tblW w:w="0" w:type="auto"/>
        <w:jc w:val="center"/>
        <w:tblLayout w:type="fixed"/>
        <w:tblLook w:val="04A0" w:firstRow="1" w:lastRow="0" w:firstColumn="1" w:lastColumn="0" w:noHBand="0" w:noVBand="1"/>
      </w:tblPr>
      <w:tblGrid>
        <w:gridCol w:w="9360"/>
      </w:tblGrid>
      <w:tr w:rsidR="00E30E19" w14:paraId="20E6ED28" w14:textId="77777777">
        <w:trPr>
          <w:jc w:val="center"/>
        </w:trPr>
        <w:tc>
          <w:tcPr>
            <w:tcW w:w="9360" w:type="dxa"/>
            <w:shd w:val="clear" w:color="auto" w:fill="EEF5EF"/>
            <w:tcMar>
              <w:top w:w="180" w:type="dxa"/>
              <w:left w:w="220" w:type="dxa"/>
              <w:bottom w:w="180" w:type="dxa"/>
              <w:right w:w="220" w:type="dxa"/>
            </w:tcMar>
          </w:tcPr>
          <w:p w14:paraId="4909714A" w14:textId="77777777" w:rsidR="00E30E19" w:rsidRDefault="00000000">
            <w:pPr>
              <w:spacing w:after="80"/>
            </w:pPr>
            <w:r>
              <w:rPr>
                <w:b/>
                <w:color w:val="2E7D32"/>
                <w:sz w:val="22"/>
              </w:rPr>
              <w:t>Designfejl, der skal undgås</w:t>
            </w:r>
          </w:p>
          <w:p w14:paraId="0A4C019F" w14:textId="77777777" w:rsidR="00E30E19" w:rsidRDefault="00000000">
            <w:pPr>
              <w:spacing w:after="0" w:line="264" w:lineRule="auto"/>
            </w:pPr>
            <w:r>
              <w:t>Den største fejl vil være at bygge hjemmesidens menuer ind i appen. En mobil gæst vil løse en opgave nu — ikke forstå Jesperhus’ informationsarkitektur.</w:t>
            </w:r>
          </w:p>
        </w:tc>
      </w:tr>
    </w:tbl>
    <w:p w14:paraId="5624DA71" w14:textId="77777777" w:rsidR="00E30E19" w:rsidRDefault="00E30E19">
      <w:pPr>
        <w:spacing w:after="20"/>
      </w:pPr>
    </w:p>
    <w:p w14:paraId="5EDD02C1" w14:textId="77777777" w:rsidR="00E30E19" w:rsidRDefault="00000000">
      <w:pPr>
        <w:pStyle w:val="Overskrift1"/>
      </w:pPr>
      <w:r>
        <w:t>4. Benchmark: hvad de bedste apps gør</w:t>
      </w:r>
    </w:p>
    <w:tbl>
      <w:tblPr>
        <w:tblStyle w:val="Tabel-Gitter"/>
        <w:tblW w:w="0" w:type="auto"/>
        <w:jc w:val="center"/>
        <w:tblLayout w:type="fixed"/>
        <w:tblLook w:val="04A0" w:firstRow="1" w:lastRow="0" w:firstColumn="1" w:lastColumn="0" w:noHBand="0" w:noVBand="1"/>
      </w:tblPr>
      <w:tblGrid>
        <w:gridCol w:w="1800"/>
        <w:gridCol w:w="7560"/>
      </w:tblGrid>
      <w:tr w:rsidR="00E30E19" w14:paraId="28B92758" w14:textId="77777777">
        <w:trPr>
          <w:tblHeader/>
          <w:jc w:val="center"/>
        </w:trPr>
        <w:tc>
          <w:tcPr>
            <w:tcW w:w="1800" w:type="dxa"/>
            <w:shd w:val="clear" w:color="auto" w:fill="235B3A"/>
            <w:tcMar>
              <w:top w:w="130" w:type="dxa"/>
              <w:left w:w="140" w:type="dxa"/>
              <w:bottom w:w="130" w:type="dxa"/>
              <w:right w:w="140" w:type="dxa"/>
            </w:tcMar>
            <w:vAlign w:val="center"/>
          </w:tcPr>
          <w:p w14:paraId="5FBFA0EB" w14:textId="77777777" w:rsidR="00E30E19" w:rsidRDefault="00000000">
            <w:r>
              <w:rPr>
                <w:b/>
                <w:color w:val="FFFFFF"/>
                <w:sz w:val="18"/>
              </w:rPr>
              <w:t>Inspiration</w:t>
            </w:r>
          </w:p>
        </w:tc>
        <w:tc>
          <w:tcPr>
            <w:tcW w:w="7560" w:type="dxa"/>
            <w:shd w:val="clear" w:color="auto" w:fill="235B3A"/>
            <w:tcMar>
              <w:top w:w="130" w:type="dxa"/>
              <w:left w:w="140" w:type="dxa"/>
              <w:bottom w:w="130" w:type="dxa"/>
              <w:right w:w="140" w:type="dxa"/>
            </w:tcMar>
            <w:vAlign w:val="center"/>
          </w:tcPr>
          <w:p w14:paraId="558D4C68" w14:textId="77777777" w:rsidR="00E30E19" w:rsidRDefault="00000000">
            <w:r>
              <w:rPr>
                <w:b/>
                <w:color w:val="FFFFFF"/>
                <w:sz w:val="18"/>
              </w:rPr>
              <w:t>Det Jesperhus bør overtage</w:t>
            </w:r>
          </w:p>
        </w:tc>
      </w:tr>
      <w:tr w:rsidR="00E30E19" w14:paraId="7F3798BA" w14:textId="77777777">
        <w:trPr>
          <w:jc w:val="center"/>
        </w:trPr>
        <w:tc>
          <w:tcPr>
            <w:tcW w:w="1800" w:type="dxa"/>
            <w:tcMar>
              <w:top w:w="120" w:type="dxa"/>
              <w:left w:w="140" w:type="dxa"/>
              <w:bottom w:w="120" w:type="dxa"/>
              <w:right w:w="140" w:type="dxa"/>
            </w:tcMar>
            <w:vAlign w:val="center"/>
          </w:tcPr>
          <w:p w14:paraId="62273495" w14:textId="77777777" w:rsidR="00E30E19" w:rsidRDefault="00000000">
            <w:pPr>
              <w:spacing w:after="0"/>
            </w:pPr>
            <w:r>
              <w:rPr>
                <w:sz w:val="18"/>
              </w:rPr>
              <w:t>Puy du Fou</w:t>
            </w:r>
          </w:p>
        </w:tc>
        <w:tc>
          <w:tcPr>
            <w:tcW w:w="7560" w:type="dxa"/>
            <w:tcMar>
              <w:top w:w="120" w:type="dxa"/>
              <w:left w:w="140" w:type="dxa"/>
              <w:bottom w:w="120" w:type="dxa"/>
              <w:right w:w="140" w:type="dxa"/>
            </w:tcMar>
            <w:vAlign w:val="center"/>
          </w:tcPr>
          <w:p w14:paraId="15191B43" w14:textId="77777777" w:rsidR="00E30E19" w:rsidRDefault="00000000">
            <w:pPr>
              <w:spacing w:after="0"/>
            </w:pPr>
            <w:r>
              <w:rPr>
                <w:sz w:val="18"/>
              </w:rPr>
              <w:t>Intelligent planlægning af en dag med mange faste shows; ændringer efter vejr og kapacitet.</w:t>
            </w:r>
          </w:p>
        </w:tc>
      </w:tr>
      <w:tr w:rsidR="00E30E19" w14:paraId="20F1F3CC" w14:textId="77777777">
        <w:trPr>
          <w:jc w:val="center"/>
        </w:trPr>
        <w:tc>
          <w:tcPr>
            <w:tcW w:w="1800" w:type="dxa"/>
            <w:shd w:val="clear" w:color="auto" w:fill="F6F8F6"/>
            <w:tcMar>
              <w:top w:w="120" w:type="dxa"/>
              <w:left w:w="140" w:type="dxa"/>
              <w:bottom w:w="120" w:type="dxa"/>
              <w:right w:w="140" w:type="dxa"/>
            </w:tcMar>
            <w:vAlign w:val="center"/>
          </w:tcPr>
          <w:p w14:paraId="12EB0B0A" w14:textId="77777777" w:rsidR="00E30E19" w:rsidRDefault="00000000">
            <w:pPr>
              <w:spacing w:after="0"/>
            </w:pPr>
            <w:r>
              <w:rPr>
                <w:sz w:val="18"/>
              </w:rPr>
              <w:t>Europa-Park</w:t>
            </w:r>
          </w:p>
        </w:tc>
        <w:tc>
          <w:tcPr>
            <w:tcW w:w="7560" w:type="dxa"/>
            <w:shd w:val="clear" w:color="auto" w:fill="F6F8F6"/>
            <w:tcMar>
              <w:top w:w="120" w:type="dxa"/>
              <w:left w:w="140" w:type="dxa"/>
              <w:bottom w:w="120" w:type="dxa"/>
              <w:right w:w="140" w:type="dxa"/>
            </w:tcMar>
            <w:vAlign w:val="center"/>
          </w:tcPr>
          <w:p w14:paraId="5E132EA9" w14:textId="77777777" w:rsidR="00E30E19" w:rsidRDefault="00000000">
            <w:pPr>
              <w:spacing w:after="0"/>
            </w:pPr>
            <w:r>
              <w:rPr>
                <w:sz w:val="18"/>
              </w:rPr>
              <w:t>GPS-position, oplevelser i nærheden, filtrering og reel rutevejledning.</w:t>
            </w:r>
          </w:p>
        </w:tc>
      </w:tr>
      <w:tr w:rsidR="00E30E19" w14:paraId="67C2C8BB" w14:textId="77777777">
        <w:trPr>
          <w:jc w:val="center"/>
        </w:trPr>
        <w:tc>
          <w:tcPr>
            <w:tcW w:w="1800" w:type="dxa"/>
            <w:tcMar>
              <w:top w:w="120" w:type="dxa"/>
              <w:left w:w="140" w:type="dxa"/>
              <w:bottom w:w="120" w:type="dxa"/>
              <w:right w:w="140" w:type="dxa"/>
            </w:tcMar>
            <w:vAlign w:val="center"/>
          </w:tcPr>
          <w:p w14:paraId="7D2289E2" w14:textId="77777777" w:rsidR="00E30E19" w:rsidRDefault="00000000">
            <w:pPr>
              <w:spacing w:after="0"/>
            </w:pPr>
            <w:r>
              <w:rPr>
                <w:sz w:val="18"/>
              </w:rPr>
              <w:t>Efteling</w:t>
            </w:r>
          </w:p>
        </w:tc>
        <w:tc>
          <w:tcPr>
            <w:tcW w:w="7560" w:type="dxa"/>
            <w:tcMar>
              <w:top w:w="120" w:type="dxa"/>
              <w:left w:w="140" w:type="dxa"/>
              <w:bottom w:w="120" w:type="dxa"/>
              <w:right w:w="140" w:type="dxa"/>
            </w:tcMar>
            <w:vAlign w:val="center"/>
          </w:tcPr>
          <w:p w14:paraId="3110ACD2" w14:textId="77777777" w:rsidR="00E30E19" w:rsidRDefault="00000000">
            <w:pPr>
              <w:spacing w:after="0"/>
            </w:pPr>
            <w:r>
              <w:rPr>
                <w:sz w:val="18"/>
              </w:rPr>
              <w:t>Direkte svar på åbent nu, nærmeste toilet, mad, krav og praktiske behov.</w:t>
            </w:r>
          </w:p>
        </w:tc>
      </w:tr>
      <w:tr w:rsidR="00E30E19" w14:paraId="11C17BA6" w14:textId="77777777">
        <w:trPr>
          <w:jc w:val="center"/>
        </w:trPr>
        <w:tc>
          <w:tcPr>
            <w:tcW w:w="1800" w:type="dxa"/>
            <w:shd w:val="clear" w:color="auto" w:fill="F6F8F6"/>
            <w:tcMar>
              <w:top w:w="120" w:type="dxa"/>
              <w:left w:w="140" w:type="dxa"/>
              <w:bottom w:w="120" w:type="dxa"/>
              <w:right w:w="140" w:type="dxa"/>
            </w:tcMar>
            <w:vAlign w:val="center"/>
          </w:tcPr>
          <w:p w14:paraId="369BA2F9" w14:textId="77777777" w:rsidR="00E30E19" w:rsidRDefault="00000000">
            <w:pPr>
              <w:spacing w:after="0"/>
            </w:pPr>
            <w:r>
              <w:rPr>
                <w:sz w:val="18"/>
              </w:rPr>
              <w:t>LEGOLAND</w:t>
            </w:r>
          </w:p>
        </w:tc>
        <w:tc>
          <w:tcPr>
            <w:tcW w:w="7560" w:type="dxa"/>
            <w:shd w:val="clear" w:color="auto" w:fill="F6F8F6"/>
            <w:tcMar>
              <w:top w:w="120" w:type="dxa"/>
              <w:left w:w="140" w:type="dxa"/>
              <w:bottom w:w="120" w:type="dxa"/>
              <w:right w:w="140" w:type="dxa"/>
            </w:tcMar>
            <w:vAlign w:val="center"/>
          </w:tcPr>
          <w:p w14:paraId="0BC7F9A9" w14:textId="77777777" w:rsidR="00E30E19" w:rsidRDefault="00000000">
            <w:pPr>
              <w:spacing w:after="0"/>
            </w:pPr>
            <w:r>
              <w:rPr>
                <w:sz w:val="18"/>
              </w:rPr>
              <w:t>Reminders, wayfinding og filtre efter alder, højde og præferencer.</w:t>
            </w:r>
          </w:p>
        </w:tc>
      </w:tr>
      <w:tr w:rsidR="00E30E19" w14:paraId="5AA2EE59" w14:textId="77777777">
        <w:trPr>
          <w:jc w:val="center"/>
        </w:trPr>
        <w:tc>
          <w:tcPr>
            <w:tcW w:w="1800" w:type="dxa"/>
            <w:tcMar>
              <w:top w:w="120" w:type="dxa"/>
              <w:left w:w="140" w:type="dxa"/>
              <w:bottom w:w="120" w:type="dxa"/>
              <w:right w:w="140" w:type="dxa"/>
            </w:tcMar>
            <w:vAlign w:val="center"/>
          </w:tcPr>
          <w:p w14:paraId="46B14C12" w14:textId="77777777" w:rsidR="00E30E19" w:rsidRDefault="00000000">
            <w:pPr>
              <w:spacing w:after="0"/>
            </w:pPr>
            <w:r>
              <w:rPr>
                <w:sz w:val="18"/>
              </w:rPr>
              <w:t>Center Parcs</w:t>
            </w:r>
          </w:p>
        </w:tc>
        <w:tc>
          <w:tcPr>
            <w:tcW w:w="7560" w:type="dxa"/>
            <w:tcMar>
              <w:top w:w="120" w:type="dxa"/>
              <w:left w:w="140" w:type="dxa"/>
              <w:bottom w:w="120" w:type="dxa"/>
              <w:right w:w="140" w:type="dxa"/>
            </w:tcMar>
            <w:vAlign w:val="center"/>
          </w:tcPr>
          <w:p w14:paraId="1AC0344B" w14:textId="77777777" w:rsidR="00E30E19" w:rsidRDefault="00000000">
            <w:pPr>
              <w:spacing w:after="0"/>
            </w:pPr>
            <w:r>
              <w:rPr>
                <w:sz w:val="18"/>
              </w:rPr>
              <w:t>Et personligt ferieprogram, deltagere pr. aktivitet og opholdskontekst.</w:t>
            </w:r>
          </w:p>
        </w:tc>
      </w:tr>
      <w:tr w:rsidR="00E30E19" w14:paraId="39FA108F" w14:textId="77777777">
        <w:trPr>
          <w:jc w:val="center"/>
        </w:trPr>
        <w:tc>
          <w:tcPr>
            <w:tcW w:w="1800" w:type="dxa"/>
            <w:shd w:val="clear" w:color="auto" w:fill="F6F8F6"/>
            <w:tcMar>
              <w:top w:w="120" w:type="dxa"/>
              <w:left w:w="140" w:type="dxa"/>
              <w:bottom w:w="120" w:type="dxa"/>
              <w:right w:w="140" w:type="dxa"/>
            </w:tcMar>
            <w:vAlign w:val="center"/>
          </w:tcPr>
          <w:p w14:paraId="379EA2A6" w14:textId="77777777" w:rsidR="00E30E19" w:rsidRDefault="00000000">
            <w:pPr>
              <w:spacing w:after="0"/>
            </w:pPr>
            <w:r>
              <w:rPr>
                <w:sz w:val="18"/>
              </w:rPr>
              <w:t>Disney</w:t>
            </w:r>
          </w:p>
        </w:tc>
        <w:tc>
          <w:tcPr>
            <w:tcW w:w="7560" w:type="dxa"/>
            <w:shd w:val="clear" w:color="auto" w:fill="F6F8F6"/>
            <w:tcMar>
              <w:top w:w="120" w:type="dxa"/>
              <w:left w:w="140" w:type="dxa"/>
              <w:bottom w:w="120" w:type="dxa"/>
              <w:right w:w="140" w:type="dxa"/>
            </w:tcMar>
            <w:vAlign w:val="center"/>
          </w:tcPr>
          <w:p w14:paraId="5BD29DBC" w14:textId="77777777" w:rsidR="00E30E19" w:rsidRDefault="00000000">
            <w:pPr>
              <w:spacing w:after="0"/>
            </w:pPr>
            <w:r>
              <w:rPr>
                <w:sz w:val="18"/>
              </w:rPr>
              <w:t>Samlet booking, billetter, mad, overnatning, personlig plan og navigation.</w:t>
            </w:r>
          </w:p>
        </w:tc>
      </w:tr>
      <w:tr w:rsidR="00E30E19" w14:paraId="3065D323" w14:textId="77777777">
        <w:trPr>
          <w:jc w:val="center"/>
        </w:trPr>
        <w:tc>
          <w:tcPr>
            <w:tcW w:w="1800" w:type="dxa"/>
            <w:tcMar>
              <w:top w:w="120" w:type="dxa"/>
              <w:left w:w="140" w:type="dxa"/>
              <w:bottom w:w="120" w:type="dxa"/>
              <w:right w:w="140" w:type="dxa"/>
            </w:tcMar>
            <w:vAlign w:val="center"/>
          </w:tcPr>
          <w:p w14:paraId="495A20EE" w14:textId="77777777" w:rsidR="00E30E19" w:rsidRDefault="00000000">
            <w:pPr>
              <w:spacing w:after="0"/>
            </w:pPr>
            <w:r>
              <w:rPr>
                <w:sz w:val="18"/>
              </w:rPr>
              <w:t>Universal</w:t>
            </w:r>
          </w:p>
        </w:tc>
        <w:tc>
          <w:tcPr>
            <w:tcW w:w="7560" w:type="dxa"/>
            <w:tcMar>
              <w:top w:w="120" w:type="dxa"/>
              <w:left w:w="140" w:type="dxa"/>
              <w:bottom w:w="120" w:type="dxa"/>
              <w:right w:w="140" w:type="dxa"/>
            </w:tcMar>
            <w:vAlign w:val="center"/>
          </w:tcPr>
          <w:p w14:paraId="21AE2247" w14:textId="77777777" w:rsidR="00E30E19" w:rsidRDefault="00000000">
            <w:pPr>
              <w:spacing w:after="0"/>
            </w:pPr>
            <w:r>
              <w:rPr>
                <w:sz w:val="18"/>
              </w:rPr>
              <w:t>Favoritter, ventetider, mobilt køb, virtuelle køer og parkeringsreminder.</w:t>
            </w:r>
          </w:p>
        </w:tc>
      </w:tr>
    </w:tbl>
    <w:p w14:paraId="4D61BB48" w14:textId="77777777" w:rsidR="00E30E19" w:rsidRDefault="00E30E19">
      <w:pPr>
        <w:spacing w:after="20"/>
      </w:pPr>
    </w:p>
    <w:p w14:paraId="395AA3A1" w14:textId="77777777" w:rsidR="00E30E19" w:rsidRDefault="00000000">
      <w:pPr>
        <w:keepLines/>
      </w:pPr>
      <w:r>
        <w:t>Læringen er ikke at kopiere flest funktioner. Jesperhus skal vælge de funktioner, der reducerer koordinering og skærmtid for familier under et konkret ophold.</w:t>
      </w:r>
    </w:p>
    <w:p w14:paraId="65443599" w14:textId="77777777" w:rsidR="00E30E19" w:rsidRDefault="00000000">
      <w:pPr>
        <w:pStyle w:val="Overskrift1"/>
      </w:pPr>
      <w:r>
        <w:t>5. Produktkonceptet: Mit Jesperhus</w:t>
      </w:r>
    </w:p>
    <w:tbl>
      <w:tblPr>
        <w:tblW w:w="0" w:type="auto"/>
        <w:jc w:val="center"/>
        <w:tblLayout w:type="fixed"/>
        <w:tblLook w:val="04A0" w:firstRow="1" w:lastRow="0" w:firstColumn="1" w:lastColumn="0" w:noHBand="0" w:noVBand="1"/>
      </w:tblPr>
      <w:tblGrid>
        <w:gridCol w:w="9360"/>
      </w:tblGrid>
      <w:tr w:rsidR="00E30E19" w14:paraId="6B45ADCC" w14:textId="77777777">
        <w:trPr>
          <w:jc w:val="center"/>
        </w:trPr>
        <w:tc>
          <w:tcPr>
            <w:tcW w:w="9360" w:type="dxa"/>
            <w:shd w:val="clear" w:color="auto" w:fill="EEF5EF"/>
            <w:tcMar>
              <w:top w:w="180" w:type="dxa"/>
              <w:left w:w="220" w:type="dxa"/>
              <w:bottom w:w="180" w:type="dxa"/>
              <w:right w:w="220" w:type="dxa"/>
            </w:tcMar>
          </w:tcPr>
          <w:p w14:paraId="04C90DD2" w14:textId="77777777" w:rsidR="00E30E19" w:rsidRDefault="00000000">
            <w:pPr>
              <w:spacing w:after="80"/>
            </w:pPr>
            <w:r>
              <w:rPr>
                <w:b/>
                <w:color w:val="2E7D32"/>
                <w:sz w:val="22"/>
              </w:rPr>
              <w:t>Hovedidé</w:t>
            </w:r>
          </w:p>
          <w:p w14:paraId="3023DF99" w14:textId="77777777" w:rsidR="00E30E19" w:rsidRDefault="00000000">
            <w:pPr>
              <w:spacing w:after="0" w:line="264" w:lineRule="auto"/>
            </w:pPr>
            <w:r>
              <w:t>Appen ved, hvor i gæsterejsen familien befinder sig, og viser den mest relevante næste handling.</w:t>
            </w:r>
          </w:p>
        </w:tc>
      </w:tr>
    </w:tbl>
    <w:p w14:paraId="6B29544E" w14:textId="77777777" w:rsidR="00E30E19" w:rsidRDefault="00E30E19">
      <w:pPr>
        <w:spacing w:after="20"/>
      </w:pPr>
    </w:p>
    <w:p w14:paraId="2B943570" w14:textId="77777777" w:rsidR="00E30E19" w:rsidRDefault="00000000">
      <w:pPr>
        <w:pStyle w:val="Overskrift2"/>
      </w:pPr>
      <w:r>
        <w:lastRenderedPageBreak/>
        <w:t>Fem bundmenupunkter</w:t>
      </w:r>
    </w:p>
    <w:tbl>
      <w:tblPr>
        <w:tblStyle w:val="Tabel-Gitter"/>
        <w:tblW w:w="0" w:type="auto"/>
        <w:jc w:val="center"/>
        <w:tblLayout w:type="fixed"/>
        <w:tblLook w:val="04A0" w:firstRow="1" w:lastRow="0" w:firstColumn="1" w:lastColumn="0" w:noHBand="0" w:noVBand="1"/>
      </w:tblPr>
      <w:tblGrid>
        <w:gridCol w:w="1600"/>
        <w:gridCol w:w="7760"/>
      </w:tblGrid>
      <w:tr w:rsidR="00E30E19" w14:paraId="54B63EC5" w14:textId="77777777">
        <w:trPr>
          <w:tblHeader/>
          <w:jc w:val="center"/>
        </w:trPr>
        <w:tc>
          <w:tcPr>
            <w:tcW w:w="1600" w:type="dxa"/>
            <w:shd w:val="clear" w:color="auto" w:fill="235B3A"/>
            <w:tcMar>
              <w:top w:w="130" w:type="dxa"/>
              <w:left w:w="140" w:type="dxa"/>
              <w:bottom w:w="130" w:type="dxa"/>
              <w:right w:w="140" w:type="dxa"/>
            </w:tcMar>
            <w:vAlign w:val="center"/>
          </w:tcPr>
          <w:p w14:paraId="6FD2E253" w14:textId="77777777" w:rsidR="00E30E19" w:rsidRDefault="00000000">
            <w:r>
              <w:rPr>
                <w:b/>
                <w:color w:val="FFFFFF"/>
                <w:sz w:val="18"/>
              </w:rPr>
              <w:t>Punkt</w:t>
            </w:r>
          </w:p>
        </w:tc>
        <w:tc>
          <w:tcPr>
            <w:tcW w:w="7760" w:type="dxa"/>
            <w:shd w:val="clear" w:color="auto" w:fill="235B3A"/>
            <w:tcMar>
              <w:top w:w="130" w:type="dxa"/>
              <w:left w:w="140" w:type="dxa"/>
              <w:bottom w:w="130" w:type="dxa"/>
              <w:right w:w="140" w:type="dxa"/>
            </w:tcMar>
            <w:vAlign w:val="center"/>
          </w:tcPr>
          <w:p w14:paraId="084185CA" w14:textId="77777777" w:rsidR="00E30E19" w:rsidRDefault="00000000">
            <w:r>
              <w:rPr>
                <w:b/>
                <w:color w:val="FFFFFF"/>
                <w:sz w:val="18"/>
              </w:rPr>
              <w:t>Ansvar</w:t>
            </w:r>
          </w:p>
        </w:tc>
      </w:tr>
      <w:tr w:rsidR="00E30E19" w14:paraId="2FA62EF7" w14:textId="77777777">
        <w:trPr>
          <w:jc w:val="center"/>
        </w:trPr>
        <w:tc>
          <w:tcPr>
            <w:tcW w:w="1600" w:type="dxa"/>
            <w:tcMar>
              <w:top w:w="120" w:type="dxa"/>
              <w:left w:w="140" w:type="dxa"/>
              <w:bottom w:w="120" w:type="dxa"/>
              <w:right w:w="140" w:type="dxa"/>
            </w:tcMar>
            <w:vAlign w:val="center"/>
          </w:tcPr>
          <w:p w14:paraId="6E92E1BB" w14:textId="77777777" w:rsidR="00E30E19" w:rsidRDefault="00000000">
            <w:pPr>
              <w:spacing w:after="0"/>
            </w:pPr>
            <w:r>
              <w:rPr>
                <w:sz w:val="18"/>
              </w:rPr>
              <w:t>Nu</w:t>
            </w:r>
          </w:p>
        </w:tc>
        <w:tc>
          <w:tcPr>
            <w:tcW w:w="7760" w:type="dxa"/>
            <w:tcMar>
              <w:top w:w="120" w:type="dxa"/>
              <w:left w:w="140" w:type="dxa"/>
              <w:bottom w:w="120" w:type="dxa"/>
              <w:right w:w="140" w:type="dxa"/>
            </w:tcMar>
            <w:vAlign w:val="center"/>
          </w:tcPr>
          <w:p w14:paraId="13EABECB" w14:textId="77777777" w:rsidR="00E30E19" w:rsidRDefault="00000000">
            <w:pPr>
              <w:spacing w:after="0"/>
            </w:pPr>
            <w:r>
              <w:rPr>
                <w:sz w:val="18"/>
              </w:rPr>
              <w:t>Personlig og dynamisk startside.</w:t>
            </w:r>
          </w:p>
        </w:tc>
      </w:tr>
      <w:tr w:rsidR="00E30E19" w14:paraId="183C3813" w14:textId="77777777">
        <w:trPr>
          <w:jc w:val="center"/>
        </w:trPr>
        <w:tc>
          <w:tcPr>
            <w:tcW w:w="1600" w:type="dxa"/>
            <w:shd w:val="clear" w:color="auto" w:fill="F6F8F6"/>
            <w:tcMar>
              <w:top w:w="120" w:type="dxa"/>
              <w:left w:w="140" w:type="dxa"/>
              <w:bottom w:w="120" w:type="dxa"/>
              <w:right w:w="140" w:type="dxa"/>
            </w:tcMar>
            <w:vAlign w:val="center"/>
          </w:tcPr>
          <w:p w14:paraId="15647C92" w14:textId="77777777" w:rsidR="00E30E19" w:rsidRDefault="00000000">
            <w:pPr>
              <w:spacing w:after="0"/>
            </w:pPr>
            <w:r>
              <w:rPr>
                <w:sz w:val="18"/>
              </w:rPr>
              <w:t>Plan</w:t>
            </w:r>
          </w:p>
        </w:tc>
        <w:tc>
          <w:tcPr>
            <w:tcW w:w="7760" w:type="dxa"/>
            <w:shd w:val="clear" w:color="auto" w:fill="F6F8F6"/>
            <w:tcMar>
              <w:top w:w="120" w:type="dxa"/>
              <w:left w:w="140" w:type="dxa"/>
              <w:bottom w:w="120" w:type="dxa"/>
              <w:right w:w="140" w:type="dxa"/>
            </w:tcMar>
            <w:vAlign w:val="center"/>
          </w:tcPr>
          <w:p w14:paraId="4B0BA16A" w14:textId="77777777" w:rsidR="00E30E19" w:rsidRDefault="00000000">
            <w:pPr>
              <w:spacing w:after="0"/>
            </w:pPr>
            <w:r>
              <w:rPr>
                <w:sz w:val="18"/>
              </w:rPr>
              <w:t>Dagen, kommende dage og familiens egne planer.</w:t>
            </w:r>
          </w:p>
        </w:tc>
      </w:tr>
      <w:tr w:rsidR="00E30E19" w14:paraId="14718EE5" w14:textId="77777777">
        <w:trPr>
          <w:jc w:val="center"/>
        </w:trPr>
        <w:tc>
          <w:tcPr>
            <w:tcW w:w="1600" w:type="dxa"/>
            <w:tcMar>
              <w:top w:w="120" w:type="dxa"/>
              <w:left w:w="140" w:type="dxa"/>
              <w:bottom w:w="120" w:type="dxa"/>
              <w:right w:w="140" w:type="dxa"/>
            </w:tcMar>
            <w:vAlign w:val="center"/>
          </w:tcPr>
          <w:p w14:paraId="593FFF34" w14:textId="77777777" w:rsidR="00E30E19" w:rsidRDefault="00000000">
            <w:pPr>
              <w:spacing w:after="0"/>
            </w:pPr>
            <w:r>
              <w:rPr>
                <w:sz w:val="18"/>
              </w:rPr>
              <w:t>Kort</w:t>
            </w:r>
          </w:p>
        </w:tc>
        <w:tc>
          <w:tcPr>
            <w:tcW w:w="7760" w:type="dxa"/>
            <w:tcMar>
              <w:top w:w="120" w:type="dxa"/>
              <w:left w:w="140" w:type="dxa"/>
              <w:bottom w:w="120" w:type="dxa"/>
              <w:right w:w="140" w:type="dxa"/>
            </w:tcMar>
            <w:vAlign w:val="center"/>
          </w:tcPr>
          <w:p w14:paraId="072E409E" w14:textId="77777777" w:rsidR="00E30E19" w:rsidRDefault="00000000">
            <w:pPr>
              <w:spacing w:after="0"/>
            </w:pPr>
            <w:r>
              <w:rPr>
                <w:sz w:val="18"/>
              </w:rPr>
              <w:t>GPS, destinationer, ruter og “i nærheden”.</w:t>
            </w:r>
          </w:p>
        </w:tc>
      </w:tr>
      <w:tr w:rsidR="00E30E19" w14:paraId="03292F51" w14:textId="77777777">
        <w:trPr>
          <w:jc w:val="center"/>
        </w:trPr>
        <w:tc>
          <w:tcPr>
            <w:tcW w:w="1600" w:type="dxa"/>
            <w:shd w:val="clear" w:color="auto" w:fill="F6F8F6"/>
            <w:tcMar>
              <w:top w:w="120" w:type="dxa"/>
              <w:left w:w="140" w:type="dxa"/>
              <w:bottom w:w="120" w:type="dxa"/>
              <w:right w:w="140" w:type="dxa"/>
            </w:tcMar>
            <w:vAlign w:val="center"/>
          </w:tcPr>
          <w:p w14:paraId="6383A215" w14:textId="77777777" w:rsidR="00E30E19" w:rsidRDefault="00000000">
            <w:pPr>
              <w:spacing w:after="0"/>
            </w:pPr>
            <w:r>
              <w:rPr>
                <w:sz w:val="18"/>
              </w:rPr>
              <w:t>Mad</w:t>
            </w:r>
          </w:p>
        </w:tc>
        <w:tc>
          <w:tcPr>
            <w:tcW w:w="7760" w:type="dxa"/>
            <w:shd w:val="clear" w:color="auto" w:fill="F6F8F6"/>
            <w:tcMar>
              <w:top w:w="120" w:type="dxa"/>
              <w:left w:w="140" w:type="dxa"/>
              <w:bottom w:w="120" w:type="dxa"/>
              <w:right w:w="140" w:type="dxa"/>
            </w:tcMar>
            <w:vAlign w:val="center"/>
          </w:tcPr>
          <w:p w14:paraId="4BEDF6FD" w14:textId="77777777" w:rsidR="00E30E19" w:rsidRDefault="00000000">
            <w:pPr>
              <w:spacing w:after="0"/>
            </w:pPr>
            <w:r>
              <w:rPr>
                <w:sz w:val="18"/>
              </w:rPr>
              <w:t>Kaffe, mad, åbent nu, menuer, takeaway og bestilling.</w:t>
            </w:r>
          </w:p>
        </w:tc>
      </w:tr>
      <w:tr w:rsidR="00E30E19" w14:paraId="2E8DB00E" w14:textId="77777777">
        <w:trPr>
          <w:jc w:val="center"/>
        </w:trPr>
        <w:tc>
          <w:tcPr>
            <w:tcW w:w="1600" w:type="dxa"/>
            <w:tcMar>
              <w:top w:w="120" w:type="dxa"/>
              <w:left w:w="140" w:type="dxa"/>
              <w:bottom w:w="120" w:type="dxa"/>
              <w:right w:w="140" w:type="dxa"/>
            </w:tcMar>
            <w:vAlign w:val="center"/>
          </w:tcPr>
          <w:p w14:paraId="5E08DD03" w14:textId="77777777" w:rsidR="00E30E19" w:rsidRDefault="00000000">
            <w:pPr>
              <w:spacing w:after="0"/>
            </w:pPr>
            <w:r>
              <w:rPr>
                <w:sz w:val="18"/>
              </w:rPr>
              <w:t>Mit ophold</w:t>
            </w:r>
          </w:p>
        </w:tc>
        <w:tc>
          <w:tcPr>
            <w:tcW w:w="7760" w:type="dxa"/>
            <w:tcMar>
              <w:top w:w="120" w:type="dxa"/>
              <w:left w:w="140" w:type="dxa"/>
              <w:bottom w:w="120" w:type="dxa"/>
              <w:right w:w="140" w:type="dxa"/>
            </w:tcMar>
            <w:vAlign w:val="center"/>
          </w:tcPr>
          <w:p w14:paraId="1513AAD7" w14:textId="77777777" w:rsidR="00E30E19" w:rsidRDefault="00000000">
            <w:pPr>
              <w:spacing w:after="0"/>
            </w:pPr>
            <w:r>
              <w:rPr>
                <w:sz w:val="18"/>
              </w:rPr>
              <w:t>Pirathus, booking, deltagere, billetter, sæsonkort, praktik og service.</w:t>
            </w:r>
          </w:p>
        </w:tc>
      </w:tr>
    </w:tbl>
    <w:p w14:paraId="0CA7DA89" w14:textId="77777777" w:rsidR="00E30E19" w:rsidRDefault="00E30E19">
      <w:pPr>
        <w:spacing w:after="20"/>
      </w:pPr>
    </w:p>
    <w:p w14:paraId="1E777E42" w14:textId="77777777" w:rsidR="00E30E19" w:rsidRDefault="00000000">
      <w:pPr>
        <w:keepLines/>
      </w:pPr>
      <w:r>
        <w:t>Søgning skal være permanent tilgængelig fra alle fem områder. Ingen hamburger-menu til centrale funktioner.</w:t>
      </w:r>
    </w:p>
    <w:p w14:paraId="69335E33" w14:textId="77777777" w:rsidR="00E30E19" w:rsidRDefault="00000000">
      <w:pPr>
        <w:pStyle w:val="Overskrift1"/>
      </w:pPr>
      <w:r>
        <w:t>6. Startsiden “Nu”</w:t>
      </w:r>
    </w:p>
    <w:p w14:paraId="72B1BB84" w14:textId="77777777" w:rsidR="00E30E19" w:rsidRDefault="00000000">
      <w:pPr>
        <w:keepLines/>
      </w:pPr>
      <w:r>
        <w:t>Forsiden er en prioriteret statusvisning, ikke en samling genveje. Kortene ændrer sig efter tid på dagen, sted, vejr, bookingstatus, åbningstider og familiens sammensætning.</w:t>
      </w:r>
    </w:p>
    <w:p w14:paraId="2773B3DC" w14:textId="77777777" w:rsidR="00E30E19" w:rsidRDefault="00000000">
      <w:pPr>
        <w:pStyle w:val="Overskrift2"/>
      </w:pPr>
      <w:r>
        <w:t>Eksempel kl. 16.28</w:t>
      </w:r>
    </w:p>
    <w:tbl>
      <w:tblPr>
        <w:tblW w:w="0" w:type="auto"/>
        <w:jc w:val="center"/>
        <w:tblLayout w:type="fixed"/>
        <w:tblLook w:val="04A0" w:firstRow="1" w:lastRow="0" w:firstColumn="1" w:lastColumn="0" w:noHBand="0" w:noVBand="1"/>
      </w:tblPr>
      <w:tblGrid>
        <w:gridCol w:w="9360"/>
      </w:tblGrid>
      <w:tr w:rsidR="00E30E19" w14:paraId="35A7B05A" w14:textId="77777777">
        <w:trPr>
          <w:jc w:val="center"/>
        </w:trPr>
        <w:tc>
          <w:tcPr>
            <w:tcW w:w="9360" w:type="dxa"/>
            <w:shd w:val="clear" w:color="auto" w:fill="FFF4D6"/>
            <w:tcMar>
              <w:top w:w="180" w:type="dxa"/>
              <w:left w:w="220" w:type="dxa"/>
              <w:bottom w:w="180" w:type="dxa"/>
              <w:right w:w="220" w:type="dxa"/>
            </w:tcMar>
          </w:tcPr>
          <w:p w14:paraId="1CC7D0F9" w14:textId="77777777" w:rsidR="00E30E19" w:rsidRDefault="00000000">
            <w:pPr>
              <w:spacing w:after="80"/>
            </w:pPr>
            <w:r>
              <w:rPr>
                <w:b/>
                <w:color w:val="235B3A"/>
                <w:sz w:val="22"/>
              </w:rPr>
              <w:t>God eftermiddag, John · Pirathus 37 · Dag 3 af 5</w:t>
            </w:r>
          </w:p>
          <w:p w14:paraId="38A88FF6" w14:textId="77777777" w:rsidR="00E30E19" w:rsidRDefault="00000000">
            <w:pPr>
              <w:spacing w:after="0" w:line="264" w:lineRule="auto"/>
            </w:pPr>
            <w:r>
              <w:t>Næste i jeres plan: Piratshow kl. 17.00 · Piratkroen · 7 minutters gang. I bør gå senest kl. 16.48. Handlinger: Vis vej · Billetter.</w:t>
            </w:r>
          </w:p>
        </w:tc>
      </w:tr>
    </w:tbl>
    <w:p w14:paraId="7D253A51" w14:textId="77777777" w:rsidR="00E30E19" w:rsidRDefault="00E30E19">
      <w:pPr>
        <w:spacing w:after="20"/>
      </w:pPr>
    </w:p>
    <w:p w14:paraId="183B3C86" w14:textId="77777777" w:rsidR="00E30E19" w:rsidRDefault="00000000">
      <w:pPr>
        <w:pStyle w:val="Opstilling-punkttegn"/>
        <w:keepLines/>
        <w:spacing w:after="40"/>
      </w:pPr>
      <w:r>
        <w:t>Det sker snart: Godnatshow kl. 19.30; Underholdning på Torvet kl. 20.10.</w:t>
      </w:r>
    </w:p>
    <w:p w14:paraId="338DA757" w14:textId="77777777" w:rsidR="00E30E19" w:rsidRDefault="00000000">
      <w:pPr>
        <w:pStyle w:val="Opstilling-punkttegn"/>
        <w:keepLines/>
        <w:spacing w:after="40"/>
      </w:pPr>
      <w:r>
        <w:t>Åbent nær dig: kaffe to steder inden for fem minutter; Street Food til 21.30; købmand til 22.00.</w:t>
      </w:r>
    </w:p>
    <w:p w14:paraId="5C597318" w14:textId="77777777" w:rsidR="00E30E19" w:rsidRDefault="00000000">
      <w:pPr>
        <w:pStyle w:val="Opstilling-punkttegn"/>
        <w:keepLines/>
        <w:spacing w:after="40"/>
      </w:pPr>
      <w:r>
        <w:t>Hurtige handlinger: Tilbage til Pirathuset, nærmeste toilet, bestil mad, se hele dagen.</w:t>
      </w:r>
    </w:p>
    <w:p w14:paraId="6EA14C4A" w14:textId="77777777" w:rsidR="00E30E19" w:rsidRDefault="00000000">
      <w:pPr>
        <w:pStyle w:val="Overskrift2"/>
      </w:pPr>
      <w:r>
        <w:t>Kontekst over dagen</w:t>
      </w:r>
    </w:p>
    <w:tbl>
      <w:tblPr>
        <w:tblStyle w:val="Tabel-Gitter"/>
        <w:tblW w:w="0" w:type="auto"/>
        <w:jc w:val="center"/>
        <w:tblLayout w:type="fixed"/>
        <w:tblLook w:val="04A0" w:firstRow="1" w:lastRow="0" w:firstColumn="1" w:lastColumn="0" w:noHBand="0" w:noVBand="1"/>
      </w:tblPr>
      <w:tblGrid>
        <w:gridCol w:w="1500"/>
        <w:gridCol w:w="7860"/>
      </w:tblGrid>
      <w:tr w:rsidR="00E30E19" w14:paraId="51AE6615" w14:textId="77777777">
        <w:trPr>
          <w:tblHeader/>
          <w:jc w:val="center"/>
        </w:trPr>
        <w:tc>
          <w:tcPr>
            <w:tcW w:w="1500" w:type="dxa"/>
            <w:shd w:val="clear" w:color="auto" w:fill="235B3A"/>
            <w:tcMar>
              <w:top w:w="130" w:type="dxa"/>
              <w:left w:w="140" w:type="dxa"/>
              <w:bottom w:w="130" w:type="dxa"/>
              <w:right w:w="140" w:type="dxa"/>
            </w:tcMar>
            <w:vAlign w:val="center"/>
          </w:tcPr>
          <w:p w14:paraId="3CF8944A" w14:textId="77777777" w:rsidR="00E30E19" w:rsidRDefault="00000000">
            <w:r>
              <w:rPr>
                <w:b/>
                <w:color w:val="FFFFFF"/>
                <w:sz w:val="18"/>
              </w:rPr>
              <w:t>Tid</w:t>
            </w:r>
          </w:p>
        </w:tc>
        <w:tc>
          <w:tcPr>
            <w:tcW w:w="7860" w:type="dxa"/>
            <w:shd w:val="clear" w:color="auto" w:fill="235B3A"/>
            <w:tcMar>
              <w:top w:w="130" w:type="dxa"/>
              <w:left w:w="140" w:type="dxa"/>
              <w:bottom w:w="130" w:type="dxa"/>
              <w:right w:w="140" w:type="dxa"/>
            </w:tcMar>
            <w:vAlign w:val="center"/>
          </w:tcPr>
          <w:p w14:paraId="275DB9D2" w14:textId="77777777" w:rsidR="00E30E19" w:rsidRDefault="00000000">
            <w:r>
              <w:rPr>
                <w:b/>
                <w:color w:val="FFFFFF"/>
                <w:sz w:val="18"/>
              </w:rPr>
              <w:t>Prioriteret indhold</w:t>
            </w:r>
          </w:p>
        </w:tc>
      </w:tr>
      <w:tr w:rsidR="00E30E19" w14:paraId="05E47DD4" w14:textId="77777777">
        <w:trPr>
          <w:jc w:val="center"/>
        </w:trPr>
        <w:tc>
          <w:tcPr>
            <w:tcW w:w="1500" w:type="dxa"/>
            <w:tcMar>
              <w:top w:w="120" w:type="dxa"/>
              <w:left w:w="140" w:type="dxa"/>
              <w:bottom w:w="120" w:type="dxa"/>
              <w:right w:w="140" w:type="dxa"/>
            </w:tcMar>
            <w:vAlign w:val="center"/>
          </w:tcPr>
          <w:p w14:paraId="2A8F27B2" w14:textId="77777777" w:rsidR="00E30E19" w:rsidRDefault="00000000">
            <w:pPr>
              <w:spacing w:after="0"/>
            </w:pPr>
            <w:r>
              <w:rPr>
                <w:sz w:val="18"/>
              </w:rPr>
              <w:t>Morgen</w:t>
            </w:r>
          </w:p>
        </w:tc>
        <w:tc>
          <w:tcPr>
            <w:tcW w:w="7860" w:type="dxa"/>
            <w:tcMar>
              <w:top w:w="120" w:type="dxa"/>
              <w:left w:w="140" w:type="dxa"/>
              <w:bottom w:w="120" w:type="dxa"/>
              <w:right w:w="140" w:type="dxa"/>
            </w:tcMar>
            <w:vAlign w:val="center"/>
          </w:tcPr>
          <w:p w14:paraId="50F29900" w14:textId="77777777" w:rsidR="00E30E19" w:rsidRDefault="00000000">
            <w:pPr>
              <w:spacing w:after="0"/>
            </w:pPr>
            <w:r>
              <w:rPr>
                <w:sz w:val="18"/>
              </w:rPr>
              <w:t>Morgenmad, vejr, dagens første show og praktiske ankomstbehov.</w:t>
            </w:r>
          </w:p>
        </w:tc>
      </w:tr>
      <w:tr w:rsidR="00E30E19" w14:paraId="6D0F065A" w14:textId="77777777">
        <w:trPr>
          <w:jc w:val="center"/>
        </w:trPr>
        <w:tc>
          <w:tcPr>
            <w:tcW w:w="1500" w:type="dxa"/>
            <w:shd w:val="clear" w:color="auto" w:fill="F6F8F6"/>
            <w:tcMar>
              <w:top w:w="120" w:type="dxa"/>
              <w:left w:w="140" w:type="dxa"/>
              <w:bottom w:w="120" w:type="dxa"/>
              <w:right w:w="140" w:type="dxa"/>
            </w:tcMar>
            <w:vAlign w:val="center"/>
          </w:tcPr>
          <w:p w14:paraId="29BBE5EA" w14:textId="77777777" w:rsidR="00E30E19" w:rsidRDefault="00000000">
            <w:pPr>
              <w:spacing w:after="0"/>
            </w:pPr>
            <w:r>
              <w:rPr>
                <w:sz w:val="18"/>
              </w:rPr>
              <w:t>Eftermiddag</w:t>
            </w:r>
          </w:p>
        </w:tc>
        <w:tc>
          <w:tcPr>
            <w:tcW w:w="7860" w:type="dxa"/>
            <w:shd w:val="clear" w:color="auto" w:fill="F6F8F6"/>
            <w:tcMar>
              <w:top w:w="120" w:type="dxa"/>
              <w:left w:w="140" w:type="dxa"/>
              <w:bottom w:w="120" w:type="dxa"/>
              <w:right w:w="140" w:type="dxa"/>
            </w:tcMar>
            <w:vAlign w:val="center"/>
          </w:tcPr>
          <w:p w14:paraId="287008D1" w14:textId="77777777" w:rsidR="00E30E19" w:rsidRDefault="00000000">
            <w:pPr>
              <w:spacing w:after="0"/>
            </w:pPr>
            <w:r>
              <w:rPr>
                <w:sz w:val="18"/>
              </w:rPr>
              <w:t>Næste aktivitet, gangtid, trængsel, mad og alternativer.</w:t>
            </w:r>
          </w:p>
        </w:tc>
      </w:tr>
      <w:tr w:rsidR="00E30E19" w14:paraId="6B1C8A14" w14:textId="77777777">
        <w:trPr>
          <w:jc w:val="center"/>
        </w:trPr>
        <w:tc>
          <w:tcPr>
            <w:tcW w:w="1500" w:type="dxa"/>
            <w:tcMar>
              <w:top w:w="120" w:type="dxa"/>
              <w:left w:w="140" w:type="dxa"/>
              <w:bottom w:w="120" w:type="dxa"/>
              <w:right w:w="140" w:type="dxa"/>
            </w:tcMar>
            <w:vAlign w:val="center"/>
          </w:tcPr>
          <w:p w14:paraId="74738F05" w14:textId="77777777" w:rsidR="00E30E19" w:rsidRDefault="00000000">
            <w:pPr>
              <w:spacing w:after="0"/>
            </w:pPr>
            <w:r>
              <w:rPr>
                <w:sz w:val="18"/>
              </w:rPr>
              <w:t>Aften</w:t>
            </w:r>
          </w:p>
        </w:tc>
        <w:tc>
          <w:tcPr>
            <w:tcW w:w="7860" w:type="dxa"/>
            <w:tcMar>
              <w:top w:w="120" w:type="dxa"/>
              <w:left w:w="140" w:type="dxa"/>
              <w:bottom w:w="120" w:type="dxa"/>
              <w:right w:w="140" w:type="dxa"/>
            </w:tcMar>
            <w:vAlign w:val="center"/>
          </w:tcPr>
          <w:p w14:paraId="1042BB6A" w14:textId="77777777" w:rsidR="00E30E19" w:rsidRDefault="00000000">
            <w:pPr>
              <w:spacing w:after="0"/>
            </w:pPr>
            <w:r>
              <w:rPr>
                <w:sz w:val="18"/>
              </w:rPr>
              <w:t>Godnatshow, aftenunderholdning, åbne spisesteder og vejen hjem.</w:t>
            </w:r>
          </w:p>
        </w:tc>
      </w:tr>
    </w:tbl>
    <w:p w14:paraId="40EA006D" w14:textId="77777777" w:rsidR="00E30E19" w:rsidRDefault="00E30E19">
      <w:pPr>
        <w:spacing w:after="20"/>
      </w:pPr>
    </w:p>
    <w:p w14:paraId="6C1F2372" w14:textId="77777777" w:rsidR="00E30E19" w:rsidRDefault="00000000">
      <w:pPr>
        <w:pStyle w:val="Overskrift1"/>
      </w:pPr>
      <w:r>
        <w:lastRenderedPageBreak/>
        <w:t>7. Dags- og ugeoversigten</w:t>
      </w:r>
    </w:p>
    <w:p w14:paraId="019FC20E" w14:textId="77777777" w:rsidR="00E30E19" w:rsidRDefault="00000000">
      <w:pPr>
        <w:keepLines/>
      </w:pPr>
      <w:r>
        <w:t>Planen opdeles i tre adskilte lag, som kan slås til og fra:</w:t>
      </w:r>
    </w:p>
    <w:tbl>
      <w:tblPr>
        <w:tblStyle w:val="Tabel-Gitter"/>
        <w:tblW w:w="0" w:type="auto"/>
        <w:jc w:val="center"/>
        <w:tblLayout w:type="fixed"/>
        <w:tblLook w:val="04A0" w:firstRow="1" w:lastRow="0" w:firstColumn="1" w:lastColumn="0" w:noHBand="0" w:noVBand="1"/>
      </w:tblPr>
      <w:tblGrid>
        <w:gridCol w:w="1500"/>
        <w:gridCol w:w="7860"/>
      </w:tblGrid>
      <w:tr w:rsidR="00E30E19" w14:paraId="4FE65D57" w14:textId="77777777">
        <w:trPr>
          <w:tblHeader/>
          <w:jc w:val="center"/>
        </w:trPr>
        <w:tc>
          <w:tcPr>
            <w:tcW w:w="1500" w:type="dxa"/>
            <w:shd w:val="clear" w:color="auto" w:fill="235B3A"/>
            <w:tcMar>
              <w:top w:w="130" w:type="dxa"/>
              <w:left w:w="140" w:type="dxa"/>
              <w:bottom w:w="130" w:type="dxa"/>
              <w:right w:w="140" w:type="dxa"/>
            </w:tcMar>
            <w:vAlign w:val="center"/>
          </w:tcPr>
          <w:p w14:paraId="68E44D74" w14:textId="77777777" w:rsidR="00E30E19" w:rsidRDefault="00000000">
            <w:r>
              <w:rPr>
                <w:b/>
                <w:color w:val="FFFFFF"/>
                <w:sz w:val="18"/>
              </w:rPr>
              <w:t>Lag</w:t>
            </w:r>
          </w:p>
        </w:tc>
        <w:tc>
          <w:tcPr>
            <w:tcW w:w="7860" w:type="dxa"/>
            <w:shd w:val="clear" w:color="auto" w:fill="235B3A"/>
            <w:tcMar>
              <w:top w:w="130" w:type="dxa"/>
              <w:left w:w="140" w:type="dxa"/>
              <w:bottom w:w="130" w:type="dxa"/>
              <w:right w:w="140" w:type="dxa"/>
            </w:tcMar>
            <w:vAlign w:val="center"/>
          </w:tcPr>
          <w:p w14:paraId="197C4817" w14:textId="77777777" w:rsidR="00E30E19" w:rsidRDefault="00000000">
            <w:r>
              <w:rPr>
                <w:b/>
                <w:color w:val="FFFFFF"/>
                <w:sz w:val="18"/>
              </w:rPr>
              <w:t>Indhold</w:t>
            </w:r>
          </w:p>
        </w:tc>
      </w:tr>
      <w:tr w:rsidR="00E30E19" w14:paraId="1FBF02BC" w14:textId="77777777">
        <w:trPr>
          <w:jc w:val="center"/>
        </w:trPr>
        <w:tc>
          <w:tcPr>
            <w:tcW w:w="1500" w:type="dxa"/>
            <w:tcMar>
              <w:top w:w="120" w:type="dxa"/>
              <w:left w:w="140" w:type="dxa"/>
              <w:bottom w:w="120" w:type="dxa"/>
              <w:right w:w="140" w:type="dxa"/>
            </w:tcMar>
            <w:vAlign w:val="center"/>
          </w:tcPr>
          <w:p w14:paraId="5397BB48" w14:textId="77777777" w:rsidR="00E30E19" w:rsidRDefault="00000000">
            <w:pPr>
              <w:spacing w:after="0"/>
            </w:pPr>
            <w:r>
              <w:rPr>
                <w:sz w:val="18"/>
              </w:rPr>
              <w:t>Min plan</w:t>
            </w:r>
          </w:p>
        </w:tc>
        <w:tc>
          <w:tcPr>
            <w:tcW w:w="7860" w:type="dxa"/>
            <w:tcMar>
              <w:top w:w="120" w:type="dxa"/>
              <w:left w:w="140" w:type="dxa"/>
              <w:bottom w:w="120" w:type="dxa"/>
              <w:right w:w="140" w:type="dxa"/>
            </w:tcMar>
            <w:vAlign w:val="center"/>
          </w:tcPr>
          <w:p w14:paraId="7EF8897A" w14:textId="77777777" w:rsidR="00E30E19" w:rsidRDefault="00000000">
            <w:pPr>
              <w:spacing w:after="0"/>
            </w:pPr>
            <w:r>
              <w:rPr>
                <w:sz w:val="18"/>
              </w:rPr>
              <w:t>Booket, gemt eller billetbundet indhold.</w:t>
            </w:r>
          </w:p>
        </w:tc>
      </w:tr>
      <w:tr w:rsidR="00E30E19" w14:paraId="38447C0F" w14:textId="77777777">
        <w:trPr>
          <w:jc w:val="center"/>
        </w:trPr>
        <w:tc>
          <w:tcPr>
            <w:tcW w:w="1500" w:type="dxa"/>
            <w:shd w:val="clear" w:color="auto" w:fill="F6F8F6"/>
            <w:tcMar>
              <w:top w:w="120" w:type="dxa"/>
              <w:left w:w="140" w:type="dxa"/>
              <w:bottom w:w="120" w:type="dxa"/>
              <w:right w:w="140" w:type="dxa"/>
            </w:tcMar>
            <w:vAlign w:val="center"/>
          </w:tcPr>
          <w:p w14:paraId="7DD8B20C" w14:textId="77777777" w:rsidR="00E30E19" w:rsidRDefault="00000000">
            <w:pPr>
              <w:spacing w:after="0"/>
            </w:pPr>
            <w:r>
              <w:rPr>
                <w:sz w:val="18"/>
              </w:rPr>
              <w:t>Program</w:t>
            </w:r>
          </w:p>
        </w:tc>
        <w:tc>
          <w:tcPr>
            <w:tcW w:w="7860" w:type="dxa"/>
            <w:shd w:val="clear" w:color="auto" w:fill="F6F8F6"/>
            <w:tcMar>
              <w:top w:w="120" w:type="dxa"/>
              <w:left w:w="140" w:type="dxa"/>
              <w:bottom w:w="120" w:type="dxa"/>
              <w:right w:w="140" w:type="dxa"/>
            </w:tcMar>
            <w:vAlign w:val="center"/>
          </w:tcPr>
          <w:p w14:paraId="7D3368B2" w14:textId="77777777" w:rsidR="00E30E19" w:rsidRDefault="00000000">
            <w:pPr>
              <w:spacing w:after="0"/>
            </w:pPr>
            <w:r>
              <w:rPr>
                <w:sz w:val="18"/>
              </w:rPr>
              <w:t>Shows, fællesaktiviteter og begivenheder med fast start.</w:t>
            </w:r>
          </w:p>
        </w:tc>
      </w:tr>
      <w:tr w:rsidR="00E30E19" w14:paraId="50AF714B" w14:textId="77777777">
        <w:trPr>
          <w:jc w:val="center"/>
        </w:trPr>
        <w:tc>
          <w:tcPr>
            <w:tcW w:w="1500" w:type="dxa"/>
            <w:tcMar>
              <w:top w:w="120" w:type="dxa"/>
              <w:left w:w="140" w:type="dxa"/>
              <w:bottom w:w="120" w:type="dxa"/>
              <w:right w:w="140" w:type="dxa"/>
            </w:tcMar>
            <w:vAlign w:val="center"/>
          </w:tcPr>
          <w:p w14:paraId="36582DFB" w14:textId="77777777" w:rsidR="00E30E19" w:rsidRDefault="00000000">
            <w:pPr>
              <w:spacing w:after="0"/>
            </w:pPr>
            <w:r>
              <w:rPr>
                <w:sz w:val="18"/>
              </w:rPr>
              <w:t>Åbent</w:t>
            </w:r>
          </w:p>
        </w:tc>
        <w:tc>
          <w:tcPr>
            <w:tcW w:w="7860" w:type="dxa"/>
            <w:tcMar>
              <w:top w:w="120" w:type="dxa"/>
              <w:left w:w="140" w:type="dxa"/>
              <w:bottom w:w="120" w:type="dxa"/>
              <w:right w:w="140" w:type="dxa"/>
            </w:tcMar>
            <w:vAlign w:val="center"/>
          </w:tcPr>
          <w:p w14:paraId="6FE8CA8D" w14:textId="77777777" w:rsidR="00E30E19" w:rsidRDefault="00000000">
            <w:pPr>
              <w:spacing w:after="0"/>
            </w:pPr>
            <w:r>
              <w:rPr>
                <w:sz w:val="18"/>
              </w:rPr>
              <w:t>Steder med længere åbningstid: badeland, restauranter, butikker og legeland.</w:t>
            </w:r>
          </w:p>
        </w:tc>
      </w:tr>
    </w:tbl>
    <w:p w14:paraId="759A1DA3" w14:textId="77777777" w:rsidR="00E30E19" w:rsidRDefault="00E30E19">
      <w:pPr>
        <w:spacing w:after="20"/>
      </w:pPr>
    </w:p>
    <w:p w14:paraId="346FFCC9" w14:textId="77777777" w:rsidR="00E30E19" w:rsidRDefault="00000000">
      <w:pPr>
        <w:pStyle w:val="Overskrift2"/>
      </w:pPr>
      <w:r>
        <w:t>Dagsvisning</w:t>
      </w:r>
    </w:p>
    <w:p w14:paraId="47418D8D" w14:textId="77777777" w:rsidR="00E30E19" w:rsidRDefault="00000000">
      <w:pPr>
        <w:pStyle w:val="Opstilling-punkttegn"/>
        <w:keepLines/>
        <w:spacing w:after="40"/>
      </w:pPr>
      <w:r>
        <w:t>09.00 · Morgenshow · Træls Tårnet · 20 min.</w:t>
      </w:r>
    </w:p>
    <w:p w14:paraId="38E02E98" w14:textId="77777777" w:rsidR="00E30E19" w:rsidRDefault="00000000">
      <w:pPr>
        <w:pStyle w:val="Opstilling-punkttegn"/>
        <w:keepLines/>
        <w:spacing w:after="40"/>
      </w:pPr>
      <w:r>
        <w:t>10.00 · Badeland · Åbent 10–18</w:t>
      </w:r>
    </w:p>
    <w:p w14:paraId="0B6844EE" w14:textId="77777777" w:rsidR="00E30E19" w:rsidRDefault="00000000">
      <w:pPr>
        <w:pStyle w:val="Opstilling-punkttegn"/>
        <w:keepLines/>
        <w:spacing w:after="40"/>
      </w:pPr>
      <w:r>
        <w:t>12.00 · Restaurant Jesperhus åbner</w:t>
      </w:r>
    </w:p>
    <w:p w14:paraId="3A290B6B" w14:textId="77777777" w:rsidR="00E30E19" w:rsidRDefault="00000000">
      <w:pPr>
        <w:pStyle w:val="Opstilling-punkttegn"/>
        <w:keepLines/>
        <w:spacing w:after="40"/>
      </w:pPr>
      <w:r>
        <w:t>14.00 · Fugleshow · Blomsterparken · 20 min.</w:t>
      </w:r>
    </w:p>
    <w:p w14:paraId="53A7E11C" w14:textId="77777777" w:rsidR="00E30E19" w:rsidRDefault="00000000">
      <w:pPr>
        <w:pStyle w:val="Opstilling-punkttegn"/>
        <w:keepLines/>
        <w:spacing w:after="40"/>
      </w:pPr>
      <w:r>
        <w:t>17.00 · Piratshow · BOOKET · Hele familien</w:t>
      </w:r>
    </w:p>
    <w:p w14:paraId="6A73D5D2" w14:textId="77777777" w:rsidR="00E30E19" w:rsidRDefault="00000000">
      <w:pPr>
        <w:pStyle w:val="Opstilling-punkttegn"/>
        <w:keepLines/>
        <w:spacing w:after="40"/>
      </w:pPr>
      <w:r>
        <w:t>19.30 · Godnatshow · Gemt · Påmindelse aktiveret</w:t>
      </w:r>
    </w:p>
    <w:p w14:paraId="78DED3A5" w14:textId="77777777" w:rsidR="00E30E19" w:rsidRDefault="00000000">
      <w:pPr>
        <w:pStyle w:val="Opstilling-punkttegn"/>
        <w:keepLines/>
        <w:spacing w:after="40"/>
      </w:pPr>
      <w:r>
        <w:t>20.10 · Underholdning på Torvet</w:t>
      </w:r>
    </w:p>
    <w:p w14:paraId="176A5289" w14:textId="77777777" w:rsidR="00E30E19" w:rsidRDefault="00000000">
      <w:pPr>
        <w:pStyle w:val="Overskrift2"/>
      </w:pPr>
      <w:r>
        <w:t>Ugevisning</w:t>
      </w:r>
    </w:p>
    <w:tbl>
      <w:tblPr>
        <w:tblStyle w:val="Tabel-Gitter"/>
        <w:tblW w:w="0" w:type="auto"/>
        <w:jc w:val="center"/>
        <w:tblLayout w:type="fixed"/>
        <w:tblLook w:val="04A0" w:firstRow="1" w:lastRow="0" w:firstColumn="1" w:lastColumn="0" w:noHBand="0" w:noVBand="1"/>
      </w:tblPr>
      <w:tblGrid>
        <w:gridCol w:w="1300"/>
        <w:gridCol w:w="2680"/>
        <w:gridCol w:w="2680"/>
        <w:gridCol w:w="2700"/>
      </w:tblGrid>
      <w:tr w:rsidR="00E30E19" w14:paraId="7072F95F" w14:textId="77777777">
        <w:trPr>
          <w:tblHeader/>
          <w:jc w:val="center"/>
        </w:trPr>
        <w:tc>
          <w:tcPr>
            <w:tcW w:w="1300" w:type="dxa"/>
            <w:shd w:val="clear" w:color="auto" w:fill="235B3A"/>
            <w:tcMar>
              <w:top w:w="130" w:type="dxa"/>
              <w:left w:w="140" w:type="dxa"/>
              <w:bottom w:w="130" w:type="dxa"/>
              <w:right w:w="140" w:type="dxa"/>
            </w:tcMar>
            <w:vAlign w:val="center"/>
          </w:tcPr>
          <w:p w14:paraId="64ED1354" w14:textId="77777777" w:rsidR="00E30E19" w:rsidRDefault="00000000">
            <w:r>
              <w:rPr>
                <w:b/>
                <w:color w:val="FFFFFF"/>
                <w:sz w:val="18"/>
              </w:rPr>
              <w:t>Dag</w:t>
            </w:r>
          </w:p>
        </w:tc>
        <w:tc>
          <w:tcPr>
            <w:tcW w:w="2680" w:type="dxa"/>
            <w:shd w:val="clear" w:color="auto" w:fill="235B3A"/>
            <w:tcMar>
              <w:top w:w="130" w:type="dxa"/>
              <w:left w:w="140" w:type="dxa"/>
              <w:bottom w:w="130" w:type="dxa"/>
              <w:right w:w="140" w:type="dxa"/>
            </w:tcMar>
            <w:vAlign w:val="center"/>
          </w:tcPr>
          <w:p w14:paraId="760B7B3E" w14:textId="77777777" w:rsidR="00E30E19" w:rsidRDefault="00000000">
            <w:r>
              <w:rPr>
                <w:b/>
                <w:color w:val="FFFFFF"/>
                <w:sz w:val="18"/>
              </w:rPr>
              <w:t>Formiddag</w:t>
            </w:r>
          </w:p>
        </w:tc>
        <w:tc>
          <w:tcPr>
            <w:tcW w:w="2680" w:type="dxa"/>
            <w:shd w:val="clear" w:color="auto" w:fill="235B3A"/>
            <w:tcMar>
              <w:top w:w="130" w:type="dxa"/>
              <w:left w:w="140" w:type="dxa"/>
              <w:bottom w:w="130" w:type="dxa"/>
              <w:right w:w="140" w:type="dxa"/>
            </w:tcMar>
            <w:vAlign w:val="center"/>
          </w:tcPr>
          <w:p w14:paraId="3183F1C9" w14:textId="77777777" w:rsidR="00E30E19" w:rsidRDefault="00000000">
            <w:r>
              <w:rPr>
                <w:b/>
                <w:color w:val="FFFFFF"/>
                <w:sz w:val="18"/>
              </w:rPr>
              <w:t>Eftermiddag</w:t>
            </w:r>
          </w:p>
        </w:tc>
        <w:tc>
          <w:tcPr>
            <w:tcW w:w="2700" w:type="dxa"/>
            <w:shd w:val="clear" w:color="auto" w:fill="235B3A"/>
            <w:tcMar>
              <w:top w:w="130" w:type="dxa"/>
              <w:left w:w="140" w:type="dxa"/>
              <w:bottom w:w="130" w:type="dxa"/>
              <w:right w:w="140" w:type="dxa"/>
            </w:tcMar>
            <w:vAlign w:val="center"/>
          </w:tcPr>
          <w:p w14:paraId="2DDF7407" w14:textId="77777777" w:rsidR="00E30E19" w:rsidRDefault="00000000">
            <w:r>
              <w:rPr>
                <w:b/>
                <w:color w:val="FFFFFF"/>
                <w:sz w:val="18"/>
              </w:rPr>
              <w:t>Aften</w:t>
            </w:r>
          </w:p>
        </w:tc>
      </w:tr>
      <w:tr w:rsidR="00E30E19" w14:paraId="34BD45EA" w14:textId="77777777">
        <w:trPr>
          <w:jc w:val="center"/>
        </w:trPr>
        <w:tc>
          <w:tcPr>
            <w:tcW w:w="1300" w:type="dxa"/>
            <w:tcMar>
              <w:top w:w="120" w:type="dxa"/>
              <w:left w:w="140" w:type="dxa"/>
              <w:bottom w:w="120" w:type="dxa"/>
              <w:right w:w="140" w:type="dxa"/>
            </w:tcMar>
            <w:vAlign w:val="center"/>
          </w:tcPr>
          <w:p w14:paraId="05D5A0A2" w14:textId="77777777" w:rsidR="00E30E19" w:rsidRDefault="00000000">
            <w:pPr>
              <w:spacing w:after="0"/>
            </w:pPr>
            <w:r>
              <w:rPr>
                <w:sz w:val="18"/>
              </w:rPr>
              <w:t>Onsdag</w:t>
            </w:r>
          </w:p>
        </w:tc>
        <w:tc>
          <w:tcPr>
            <w:tcW w:w="2680" w:type="dxa"/>
            <w:tcMar>
              <w:top w:w="120" w:type="dxa"/>
              <w:left w:w="140" w:type="dxa"/>
              <w:bottom w:w="120" w:type="dxa"/>
              <w:right w:w="140" w:type="dxa"/>
            </w:tcMar>
            <w:vAlign w:val="center"/>
          </w:tcPr>
          <w:p w14:paraId="6F8028B6" w14:textId="77777777" w:rsidR="00E30E19" w:rsidRDefault="00000000">
            <w:pPr>
              <w:spacing w:after="0"/>
            </w:pPr>
            <w:r>
              <w:rPr>
                <w:sz w:val="18"/>
              </w:rPr>
              <w:t>Morgenshow</w:t>
            </w:r>
          </w:p>
        </w:tc>
        <w:tc>
          <w:tcPr>
            <w:tcW w:w="2680" w:type="dxa"/>
            <w:tcMar>
              <w:top w:w="120" w:type="dxa"/>
              <w:left w:w="140" w:type="dxa"/>
              <w:bottom w:w="120" w:type="dxa"/>
              <w:right w:w="140" w:type="dxa"/>
            </w:tcMar>
            <w:vAlign w:val="center"/>
          </w:tcPr>
          <w:p w14:paraId="22A6C15C" w14:textId="77777777" w:rsidR="00E30E19" w:rsidRDefault="00000000">
            <w:pPr>
              <w:spacing w:after="0"/>
            </w:pPr>
            <w:r>
              <w:rPr>
                <w:sz w:val="18"/>
              </w:rPr>
              <w:t>Fugleshow</w:t>
            </w:r>
          </w:p>
        </w:tc>
        <w:tc>
          <w:tcPr>
            <w:tcW w:w="2700" w:type="dxa"/>
            <w:tcMar>
              <w:top w:w="120" w:type="dxa"/>
              <w:left w:w="140" w:type="dxa"/>
              <w:bottom w:w="120" w:type="dxa"/>
              <w:right w:w="140" w:type="dxa"/>
            </w:tcMar>
            <w:vAlign w:val="center"/>
          </w:tcPr>
          <w:p w14:paraId="7254A7FB" w14:textId="77777777" w:rsidR="00E30E19" w:rsidRDefault="00000000">
            <w:pPr>
              <w:spacing w:after="0"/>
            </w:pPr>
            <w:r>
              <w:rPr>
                <w:sz w:val="18"/>
              </w:rPr>
              <w:t>Godnatshow</w:t>
            </w:r>
          </w:p>
        </w:tc>
      </w:tr>
      <w:tr w:rsidR="00E30E19" w14:paraId="401DBB7C" w14:textId="77777777">
        <w:trPr>
          <w:jc w:val="center"/>
        </w:trPr>
        <w:tc>
          <w:tcPr>
            <w:tcW w:w="1300" w:type="dxa"/>
            <w:shd w:val="clear" w:color="auto" w:fill="F6F8F6"/>
            <w:tcMar>
              <w:top w:w="120" w:type="dxa"/>
              <w:left w:w="140" w:type="dxa"/>
              <w:bottom w:w="120" w:type="dxa"/>
              <w:right w:w="140" w:type="dxa"/>
            </w:tcMar>
            <w:vAlign w:val="center"/>
          </w:tcPr>
          <w:p w14:paraId="5C2FF40E" w14:textId="77777777" w:rsidR="00E30E19" w:rsidRDefault="00000000">
            <w:pPr>
              <w:spacing w:after="0"/>
            </w:pPr>
            <w:r>
              <w:rPr>
                <w:sz w:val="18"/>
              </w:rPr>
              <w:t>Torsdag</w:t>
            </w:r>
          </w:p>
        </w:tc>
        <w:tc>
          <w:tcPr>
            <w:tcW w:w="2680" w:type="dxa"/>
            <w:shd w:val="clear" w:color="auto" w:fill="F6F8F6"/>
            <w:tcMar>
              <w:top w:w="120" w:type="dxa"/>
              <w:left w:w="140" w:type="dxa"/>
              <w:bottom w:w="120" w:type="dxa"/>
              <w:right w:w="140" w:type="dxa"/>
            </w:tcMar>
            <w:vAlign w:val="center"/>
          </w:tcPr>
          <w:p w14:paraId="36B292F4" w14:textId="77777777" w:rsidR="00E30E19" w:rsidRDefault="00000000">
            <w:pPr>
              <w:spacing w:after="0"/>
            </w:pPr>
            <w:r>
              <w:rPr>
                <w:sz w:val="18"/>
              </w:rPr>
              <w:t>Morgenshow</w:t>
            </w:r>
          </w:p>
        </w:tc>
        <w:tc>
          <w:tcPr>
            <w:tcW w:w="2680" w:type="dxa"/>
            <w:shd w:val="clear" w:color="auto" w:fill="F6F8F6"/>
            <w:tcMar>
              <w:top w:w="120" w:type="dxa"/>
              <w:left w:w="140" w:type="dxa"/>
              <w:bottom w:w="120" w:type="dxa"/>
              <w:right w:w="140" w:type="dxa"/>
            </w:tcMar>
            <w:vAlign w:val="center"/>
          </w:tcPr>
          <w:p w14:paraId="7BBC7A9F" w14:textId="77777777" w:rsidR="00E30E19" w:rsidRDefault="00000000">
            <w:pPr>
              <w:spacing w:after="0"/>
            </w:pPr>
            <w:r>
              <w:rPr>
                <w:sz w:val="18"/>
              </w:rPr>
              <w:t>Parkshow</w:t>
            </w:r>
          </w:p>
        </w:tc>
        <w:tc>
          <w:tcPr>
            <w:tcW w:w="2700" w:type="dxa"/>
            <w:shd w:val="clear" w:color="auto" w:fill="F6F8F6"/>
            <w:tcMar>
              <w:top w:w="120" w:type="dxa"/>
              <w:left w:w="140" w:type="dxa"/>
              <w:bottom w:w="120" w:type="dxa"/>
              <w:right w:w="140" w:type="dxa"/>
            </w:tcMar>
            <w:vAlign w:val="center"/>
          </w:tcPr>
          <w:p w14:paraId="08B919C1" w14:textId="77777777" w:rsidR="00E30E19" w:rsidRDefault="00000000">
            <w:pPr>
              <w:spacing w:after="0"/>
            </w:pPr>
            <w:r>
              <w:rPr>
                <w:sz w:val="18"/>
              </w:rPr>
              <w:t>Quiz</w:t>
            </w:r>
          </w:p>
        </w:tc>
      </w:tr>
      <w:tr w:rsidR="00E30E19" w14:paraId="23DD1431" w14:textId="77777777">
        <w:trPr>
          <w:jc w:val="center"/>
        </w:trPr>
        <w:tc>
          <w:tcPr>
            <w:tcW w:w="1300" w:type="dxa"/>
            <w:tcMar>
              <w:top w:w="120" w:type="dxa"/>
              <w:left w:w="140" w:type="dxa"/>
              <w:bottom w:w="120" w:type="dxa"/>
              <w:right w:w="140" w:type="dxa"/>
            </w:tcMar>
            <w:vAlign w:val="center"/>
          </w:tcPr>
          <w:p w14:paraId="4FAE4AA1" w14:textId="77777777" w:rsidR="00E30E19" w:rsidRDefault="00000000">
            <w:pPr>
              <w:spacing w:after="0"/>
            </w:pPr>
            <w:r>
              <w:rPr>
                <w:sz w:val="18"/>
              </w:rPr>
              <w:t>Fredag</w:t>
            </w:r>
          </w:p>
        </w:tc>
        <w:tc>
          <w:tcPr>
            <w:tcW w:w="2680" w:type="dxa"/>
            <w:tcMar>
              <w:top w:w="120" w:type="dxa"/>
              <w:left w:w="140" w:type="dxa"/>
              <w:bottom w:w="120" w:type="dxa"/>
              <w:right w:w="140" w:type="dxa"/>
            </w:tcMar>
            <w:vAlign w:val="center"/>
          </w:tcPr>
          <w:p w14:paraId="6C71E05F" w14:textId="77777777" w:rsidR="00E30E19" w:rsidRDefault="00000000">
            <w:pPr>
              <w:spacing w:after="0"/>
            </w:pPr>
            <w:r>
              <w:rPr>
                <w:sz w:val="18"/>
              </w:rPr>
              <w:t>Morgenshow</w:t>
            </w:r>
          </w:p>
        </w:tc>
        <w:tc>
          <w:tcPr>
            <w:tcW w:w="2680" w:type="dxa"/>
            <w:tcMar>
              <w:top w:w="120" w:type="dxa"/>
              <w:left w:w="140" w:type="dxa"/>
              <w:bottom w:w="120" w:type="dxa"/>
              <w:right w:w="140" w:type="dxa"/>
            </w:tcMar>
            <w:vAlign w:val="center"/>
          </w:tcPr>
          <w:p w14:paraId="67B98D34" w14:textId="77777777" w:rsidR="00E30E19" w:rsidRDefault="00000000">
            <w:pPr>
              <w:spacing w:after="0"/>
            </w:pPr>
            <w:r>
              <w:rPr>
                <w:sz w:val="18"/>
              </w:rPr>
              <w:t>Piratshow</w:t>
            </w:r>
          </w:p>
        </w:tc>
        <w:tc>
          <w:tcPr>
            <w:tcW w:w="2700" w:type="dxa"/>
            <w:tcMar>
              <w:top w:w="120" w:type="dxa"/>
              <w:left w:w="140" w:type="dxa"/>
              <w:bottom w:w="120" w:type="dxa"/>
              <w:right w:w="140" w:type="dxa"/>
            </w:tcMar>
            <w:vAlign w:val="center"/>
          </w:tcPr>
          <w:p w14:paraId="546AE4EC" w14:textId="77777777" w:rsidR="00E30E19" w:rsidRDefault="00000000">
            <w:pPr>
              <w:spacing w:after="0"/>
            </w:pPr>
            <w:r>
              <w:rPr>
                <w:sz w:val="18"/>
              </w:rPr>
              <w:t>Godnatshow</w:t>
            </w:r>
          </w:p>
        </w:tc>
      </w:tr>
      <w:tr w:rsidR="00E30E19" w14:paraId="1C59AE56" w14:textId="77777777">
        <w:trPr>
          <w:jc w:val="center"/>
        </w:trPr>
        <w:tc>
          <w:tcPr>
            <w:tcW w:w="1300" w:type="dxa"/>
            <w:shd w:val="clear" w:color="auto" w:fill="F6F8F6"/>
            <w:tcMar>
              <w:top w:w="120" w:type="dxa"/>
              <w:left w:w="140" w:type="dxa"/>
              <w:bottom w:w="120" w:type="dxa"/>
              <w:right w:w="140" w:type="dxa"/>
            </w:tcMar>
            <w:vAlign w:val="center"/>
          </w:tcPr>
          <w:p w14:paraId="735C6933" w14:textId="77777777" w:rsidR="00E30E19" w:rsidRDefault="00000000">
            <w:pPr>
              <w:spacing w:after="0"/>
            </w:pPr>
            <w:r>
              <w:rPr>
                <w:sz w:val="18"/>
              </w:rPr>
              <w:t>Lørdag</w:t>
            </w:r>
          </w:p>
        </w:tc>
        <w:tc>
          <w:tcPr>
            <w:tcW w:w="2680" w:type="dxa"/>
            <w:shd w:val="clear" w:color="auto" w:fill="F6F8F6"/>
            <w:tcMar>
              <w:top w:w="120" w:type="dxa"/>
              <w:left w:w="140" w:type="dxa"/>
              <w:bottom w:w="120" w:type="dxa"/>
              <w:right w:w="140" w:type="dxa"/>
            </w:tcMar>
            <w:vAlign w:val="center"/>
          </w:tcPr>
          <w:p w14:paraId="3B3CBBB8" w14:textId="77777777" w:rsidR="00E30E19" w:rsidRDefault="00000000">
            <w:pPr>
              <w:spacing w:after="0"/>
            </w:pPr>
            <w:r>
              <w:rPr>
                <w:sz w:val="18"/>
              </w:rPr>
              <w:t>Morgenbuffet</w:t>
            </w:r>
          </w:p>
        </w:tc>
        <w:tc>
          <w:tcPr>
            <w:tcW w:w="2680" w:type="dxa"/>
            <w:shd w:val="clear" w:color="auto" w:fill="F6F8F6"/>
            <w:tcMar>
              <w:top w:w="120" w:type="dxa"/>
              <w:left w:w="140" w:type="dxa"/>
              <w:bottom w:w="120" w:type="dxa"/>
              <w:right w:w="140" w:type="dxa"/>
            </w:tcMar>
            <w:vAlign w:val="center"/>
          </w:tcPr>
          <w:p w14:paraId="23FA54CB" w14:textId="77777777" w:rsidR="00E30E19" w:rsidRDefault="00000000">
            <w:pPr>
              <w:spacing w:after="0"/>
            </w:pPr>
            <w:r>
              <w:rPr>
                <w:sz w:val="18"/>
              </w:rPr>
              <w:t>Fugleshow</w:t>
            </w:r>
          </w:p>
        </w:tc>
        <w:tc>
          <w:tcPr>
            <w:tcW w:w="2700" w:type="dxa"/>
            <w:shd w:val="clear" w:color="auto" w:fill="F6F8F6"/>
            <w:tcMar>
              <w:top w:w="120" w:type="dxa"/>
              <w:left w:w="140" w:type="dxa"/>
              <w:bottom w:w="120" w:type="dxa"/>
              <w:right w:w="140" w:type="dxa"/>
            </w:tcMar>
            <w:vAlign w:val="center"/>
          </w:tcPr>
          <w:p w14:paraId="5593A625" w14:textId="77777777" w:rsidR="00E30E19" w:rsidRDefault="00000000">
            <w:pPr>
              <w:spacing w:after="0"/>
            </w:pPr>
            <w:r>
              <w:rPr>
                <w:sz w:val="18"/>
              </w:rPr>
              <w:t>Piratshow</w:t>
            </w:r>
          </w:p>
        </w:tc>
      </w:tr>
    </w:tbl>
    <w:p w14:paraId="3781EB5D" w14:textId="77777777" w:rsidR="00E30E19" w:rsidRDefault="00E30E19">
      <w:pPr>
        <w:spacing w:after="20"/>
      </w:pPr>
    </w:p>
    <w:p w14:paraId="0E2F2BA0" w14:textId="77777777" w:rsidR="00E30E19" w:rsidRDefault="00000000">
      <w:pPr>
        <w:pStyle w:val="Overskrift2"/>
      </w:pPr>
      <w:r>
        <w:t>Planlægningshjælp</w:t>
      </w:r>
    </w:p>
    <w:p w14:paraId="42A94EA0" w14:textId="77777777" w:rsidR="00E30E19" w:rsidRDefault="00000000">
      <w:pPr>
        <w:pStyle w:val="Opstilling-punkttegn"/>
        <w:keepLines/>
        <w:spacing w:after="40"/>
      </w:pPr>
      <w:r>
        <w:t>Opdag overlap og utilstrækkelig transporttid.</w:t>
      </w:r>
    </w:p>
    <w:p w14:paraId="743A1E1F" w14:textId="77777777" w:rsidR="00E30E19" w:rsidRDefault="00000000">
      <w:pPr>
        <w:pStyle w:val="Opstilling-punkttegn"/>
        <w:keepLines/>
        <w:spacing w:after="40"/>
      </w:pPr>
      <w:r>
        <w:t>Marker bookingkrav og udsolgte aktiviteter.</w:t>
      </w:r>
    </w:p>
    <w:p w14:paraId="74A28ED5" w14:textId="77777777" w:rsidR="00E30E19" w:rsidRDefault="00000000">
      <w:pPr>
        <w:pStyle w:val="Opstilling-punkttegn"/>
        <w:keepLines/>
        <w:spacing w:after="40"/>
      </w:pPr>
      <w:r>
        <w:t>Advar hvis et spisested lukker før planlagt spisetid.</w:t>
      </w:r>
    </w:p>
    <w:p w14:paraId="1B4E8016" w14:textId="77777777" w:rsidR="00E30E19" w:rsidRDefault="00000000">
      <w:pPr>
        <w:pStyle w:val="Opstilling-punkttegn"/>
        <w:keepLines/>
        <w:spacing w:after="40"/>
      </w:pPr>
      <w:r>
        <w:t>Vurder egnethed for valgte deltagere.</w:t>
      </w:r>
    </w:p>
    <w:p w14:paraId="2D948577" w14:textId="77777777" w:rsidR="00E30E19" w:rsidRDefault="00000000">
      <w:pPr>
        <w:pStyle w:val="Opstilling-punkttegn"/>
        <w:keepLines/>
        <w:spacing w:after="40"/>
      </w:pPr>
      <w:r>
        <w:t>Foreslå indendørs alternativer ved kraftig regn.</w:t>
      </w:r>
    </w:p>
    <w:p w14:paraId="35D0E5EC" w14:textId="77777777" w:rsidR="00E30E19" w:rsidRDefault="00000000">
      <w:pPr>
        <w:keepLines/>
      </w:pPr>
      <w:r>
        <w:t>Det kan i første version løses med regler og strukturerede data. Generativ AI er ikke en forudsætning for pålidelige svar.</w:t>
      </w:r>
    </w:p>
    <w:p w14:paraId="2A115159" w14:textId="77777777" w:rsidR="00E30E19" w:rsidRDefault="00000000">
      <w:pPr>
        <w:pStyle w:val="Overskrift1"/>
      </w:pPr>
      <w:r>
        <w:lastRenderedPageBreak/>
        <w:t>8. Søgning, der besvarer spørgsmålet</w:t>
      </w:r>
    </w:p>
    <w:p w14:paraId="756A892A" w14:textId="77777777" w:rsidR="00E30E19" w:rsidRDefault="00000000">
      <w:pPr>
        <w:keepLines/>
      </w:pPr>
      <w:r>
        <w:t>Det permanente søgefelt skal acceptere både nøgleord og naturlige spørgsmål. Resultatet skal først give et direkte svar og derefter relevante handlinger og alternativer.</w:t>
      </w:r>
    </w:p>
    <w:tbl>
      <w:tblPr>
        <w:tblStyle w:val="Tabel-Gitter"/>
        <w:tblW w:w="0" w:type="auto"/>
        <w:jc w:val="center"/>
        <w:tblLayout w:type="fixed"/>
        <w:tblLook w:val="04A0" w:firstRow="1" w:lastRow="0" w:firstColumn="1" w:lastColumn="0" w:noHBand="0" w:noVBand="1"/>
      </w:tblPr>
      <w:tblGrid>
        <w:gridCol w:w="2450"/>
        <w:gridCol w:w="6910"/>
      </w:tblGrid>
      <w:tr w:rsidR="00E30E19" w14:paraId="16BBE732" w14:textId="77777777">
        <w:trPr>
          <w:tblHeader/>
          <w:jc w:val="center"/>
        </w:trPr>
        <w:tc>
          <w:tcPr>
            <w:tcW w:w="2450" w:type="dxa"/>
            <w:shd w:val="clear" w:color="auto" w:fill="235B3A"/>
            <w:tcMar>
              <w:top w:w="130" w:type="dxa"/>
              <w:left w:w="140" w:type="dxa"/>
              <w:bottom w:w="130" w:type="dxa"/>
              <w:right w:w="140" w:type="dxa"/>
            </w:tcMar>
            <w:vAlign w:val="center"/>
          </w:tcPr>
          <w:p w14:paraId="131CF530" w14:textId="77777777" w:rsidR="00E30E19" w:rsidRDefault="00000000">
            <w:r>
              <w:rPr>
                <w:b/>
                <w:color w:val="FFFFFF"/>
                <w:sz w:val="18"/>
              </w:rPr>
              <w:t>Spørgsmål</w:t>
            </w:r>
          </w:p>
        </w:tc>
        <w:tc>
          <w:tcPr>
            <w:tcW w:w="6910" w:type="dxa"/>
            <w:shd w:val="clear" w:color="auto" w:fill="235B3A"/>
            <w:tcMar>
              <w:top w:w="130" w:type="dxa"/>
              <w:left w:w="140" w:type="dxa"/>
              <w:bottom w:w="130" w:type="dxa"/>
              <w:right w:w="140" w:type="dxa"/>
            </w:tcMar>
            <w:vAlign w:val="center"/>
          </w:tcPr>
          <w:p w14:paraId="58F6FFB0" w14:textId="77777777" w:rsidR="00E30E19" w:rsidRDefault="00000000">
            <w:r>
              <w:rPr>
                <w:b/>
                <w:color w:val="FFFFFF"/>
                <w:sz w:val="18"/>
              </w:rPr>
              <w:t>Svarmønster</w:t>
            </w:r>
          </w:p>
        </w:tc>
      </w:tr>
      <w:tr w:rsidR="00E30E19" w14:paraId="22C88FAC" w14:textId="77777777">
        <w:trPr>
          <w:jc w:val="center"/>
        </w:trPr>
        <w:tc>
          <w:tcPr>
            <w:tcW w:w="2450" w:type="dxa"/>
            <w:tcMar>
              <w:top w:w="120" w:type="dxa"/>
              <w:left w:w="140" w:type="dxa"/>
              <w:bottom w:w="120" w:type="dxa"/>
              <w:right w:w="140" w:type="dxa"/>
            </w:tcMar>
            <w:vAlign w:val="center"/>
          </w:tcPr>
          <w:p w14:paraId="41A11DFD" w14:textId="77777777" w:rsidR="00E30E19" w:rsidRDefault="00000000">
            <w:pPr>
              <w:spacing w:after="0"/>
            </w:pPr>
            <w:r>
              <w:rPr>
                <w:sz w:val="18"/>
              </w:rPr>
              <w:t>Hvornår er der aftenshow?</w:t>
            </w:r>
          </w:p>
        </w:tc>
        <w:tc>
          <w:tcPr>
            <w:tcW w:w="6910" w:type="dxa"/>
            <w:tcMar>
              <w:top w:w="120" w:type="dxa"/>
              <w:left w:w="140" w:type="dxa"/>
              <w:bottom w:w="120" w:type="dxa"/>
              <w:right w:w="140" w:type="dxa"/>
            </w:tcMar>
            <w:vAlign w:val="center"/>
          </w:tcPr>
          <w:p w14:paraId="5D084EEC" w14:textId="77777777" w:rsidR="00E30E19" w:rsidRDefault="00000000">
            <w:pPr>
              <w:spacing w:after="0"/>
            </w:pPr>
            <w:r>
              <w:rPr>
                <w:sz w:val="18"/>
              </w:rPr>
              <w:t>Godnatshow kl. 19.30 ved Træls Tårnet · 20 min. · 5 min. fra Pirathuset. Påmind mig · Vis vej. Alternativ: Torvet kl. 20.10.</w:t>
            </w:r>
          </w:p>
        </w:tc>
      </w:tr>
      <w:tr w:rsidR="00E30E19" w14:paraId="23349D27" w14:textId="77777777">
        <w:trPr>
          <w:jc w:val="center"/>
        </w:trPr>
        <w:tc>
          <w:tcPr>
            <w:tcW w:w="2450" w:type="dxa"/>
            <w:shd w:val="clear" w:color="auto" w:fill="F6F8F6"/>
            <w:tcMar>
              <w:top w:w="120" w:type="dxa"/>
              <w:left w:w="140" w:type="dxa"/>
              <w:bottom w:w="120" w:type="dxa"/>
              <w:right w:w="140" w:type="dxa"/>
            </w:tcMar>
            <w:vAlign w:val="center"/>
          </w:tcPr>
          <w:p w14:paraId="033C8E75" w14:textId="77777777" w:rsidR="00E30E19" w:rsidRDefault="00000000">
            <w:pPr>
              <w:spacing w:after="0"/>
            </w:pPr>
            <w:r>
              <w:rPr>
                <w:sz w:val="18"/>
              </w:rPr>
              <w:t>Hvor kan jeg købe kaffe?</w:t>
            </w:r>
          </w:p>
        </w:tc>
        <w:tc>
          <w:tcPr>
            <w:tcW w:w="6910" w:type="dxa"/>
            <w:shd w:val="clear" w:color="auto" w:fill="F6F8F6"/>
            <w:tcMar>
              <w:top w:w="120" w:type="dxa"/>
              <w:left w:w="140" w:type="dxa"/>
              <w:bottom w:w="120" w:type="dxa"/>
              <w:right w:w="140" w:type="dxa"/>
            </w:tcMar>
            <w:vAlign w:val="center"/>
          </w:tcPr>
          <w:p w14:paraId="4531D13B" w14:textId="77777777" w:rsidR="00E30E19" w:rsidRDefault="00000000">
            <w:pPr>
              <w:spacing w:after="0"/>
            </w:pPr>
            <w:r>
              <w:rPr>
                <w:sz w:val="18"/>
              </w:rPr>
              <w:t>Vis åbne steder sorteret efter gangtid, kaffetype og lukketid.</w:t>
            </w:r>
          </w:p>
        </w:tc>
      </w:tr>
      <w:tr w:rsidR="00E30E19" w14:paraId="6A854C5B" w14:textId="77777777">
        <w:trPr>
          <w:jc w:val="center"/>
        </w:trPr>
        <w:tc>
          <w:tcPr>
            <w:tcW w:w="2450" w:type="dxa"/>
            <w:tcMar>
              <w:top w:w="120" w:type="dxa"/>
              <w:left w:w="140" w:type="dxa"/>
              <w:bottom w:w="120" w:type="dxa"/>
              <w:right w:w="140" w:type="dxa"/>
            </w:tcMar>
            <w:vAlign w:val="center"/>
          </w:tcPr>
          <w:p w14:paraId="347DAE0C" w14:textId="77777777" w:rsidR="00E30E19" w:rsidRDefault="00000000">
            <w:pPr>
              <w:spacing w:after="0"/>
            </w:pPr>
            <w:r>
              <w:rPr>
                <w:sz w:val="18"/>
              </w:rPr>
              <w:t>Hvad kan en 4-årig lave nu?</w:t>
            </w:r>
          </w:p>
        </w:tc>
        <w:tc>
          <w:tcPr>
            <w:tcW w:w="6910" w:type="dxa"/>
            <w:tcMar>
              <w:top w:w="120" w:type="dxa"/>
              <w:left w:w="140" w:type="dxa"/>
              <w:bottom w:w="120" w:type="dxa"/>
              <w:right w:w="140" w:type="dxa"/>
            </w:tcMar>
            <w:vAlign w:val="center"/>
          </w:tcPr>
          <w:p w14:paraId="548AC3C5" w14:textId="77777777" w:rsidR="00E30E19" w:rsidRDefault="00000000">
            <w:pPr>
              <w:spacing w:after="0"/>
            </w:pPr>
            <w:r>
              <w:rPr>
                <w:sz w:val="18"/>
              </w:rPr>
              <w:t>Vis åbne og relevante aktiviteter ud fra alder, højde, afstand, vejr og tid.</w:t>
            </w:r>
          </w:p>
        </w:tc>
      </w:tr>
      <w:tr w:rsidR="00E30E19" w14:paraId="7B58570A" w14:textId="77777777">
        <w:trPr>
          <w:jc w:val="center"/>
        </w:trPr>
        <w:tc>
          <w:tcPr>
            <w:tcW w:w="2450" w:type="dxa"/>
            <w:shd w:val="clear" w:color="auto" w:fill="F6F8F6"/>
            <w:tcMar>
              <w:top w:w="120" w:type="dxa"/>
              <w:left w:w="140" w:type="dxa"/>
              <w:bottom w:w="120" w:type="dxa"/>
              <w:right w:w="140" w:type="dxa"/>
            </w:tcMar>
            <w:vAlign w:val="center"/>
          </w:tcPr>
          <w:p w14:paraId="16CF3F90" w14:textId="77777777" w:rsidR="00E30E19" w:rsidRDefault="00000000">
            <w:pPr>
              <w:spacing w:after="0"/>
            </w:pPr>
            <w:r>
              <w:rPr>
                <w:sz w:val="18"/>
              </w:rPr>
              <w:t>Hvor er nærmeste toilet?</w:t>
            </w:r>
          </w:p>
        </w:tc>
        <w:tc>
          <w:tcPr>
            <w:tcW w:w="6910" w:type="dxa"/>
            <w:shd w:val="clear" w:color="auto" w:fill="F6F8F6"/>
            <w:tcMar>
              <w:top w:w="120" w:type="dxa"/>
              <w:left w:w="140" w:type="dxa"/>
              <w:bottom w:w="120" w:type="dxa"/>
              <w:right w:w="140" w:type="dxa"/>
            </w:tcMar>
            <w:vAlign w:val="center"/>
          </w:tcPr>
          <w:p w14:paraId="27C63E7F" w14:textId="77777777" w:rsidR="00E30E19" w:rsidRDefault="00000000">
            <w:pPr>
              <w:spacing w:after="0"/>
            </w:pPr>
            <w:r>
              <w:rPr>
                <w:sz w:val="18"/>
              </w:rPr>
              <w:t>Vis navn, afstand, rute, tilgængelighed og puslefaciliteter.</w:t>
            </w:r>
          </w:p>
        </w:tc>
      </w:tr>
    </w:tbl>
    <w:p w14:paraId="071010B9" w14:textId="77777777" w:rsidR="00E30E19" w:rsidRDefault="00E30E19">
      <w:pPr>
        <w:spacing w:after="20"/>
      </w:pPr>
    </w:p>
    <w:p w14:paraId="0E5E46E0" w14:textId="77777777" w:rsidR="00E30E19" w:rsidRDefault="00000000">
      <w:pPr>
        <w:pStyle w:val="Overskrift2"/>
      </w:pPr>
      <w:r>
        <w:t>Søgeord og filtre</w:t>
      </w:r>
    </w:p>
    <w:p w14:paraId="51D1C5A8" w14:textId="77777777" w:rsidR="00E30E19" w:rsidRDefault="00000000">
      <w:pPr>
        <w:pStyle w:val="Opstilling-punkttegn"/>
        <w:keepLines/>
        <w:spacing w:after="40"/>
      </w:pPr>
      <w:r>
        <w:t>Specialkaffe, varm kakao, morgenmad, vegetarisk, allergener.</w:t>
      </w:r>
    </w:p>
    <w:p w14:paraId="7798A667" w14:textId="77777777" w:rsidR="00E30E19" w:rsidRDefault="00000000">
      <w:pPr>
        <w:pStyle w:val="Opstilling-punkttegn"/>
        <w:keepLines/>
        <w:spacing w:after="40"/>
      </w:pPr>
      <w:r>
        <w:t>Indendørs, klapvogn, kørestol, puslerum, stille område.</w:t>
      </w:r>
    </w:p>
    <w:p w14:paraId="3634BE98" w14:textId="77777777" w:rsidR="00E30E19" w:rsidRDefault="00000000">
      <w:pPr>
        <w:pStyle w:val="Opstilling-punkttegn"/>
        <w:keepLines/>
        <w:spacing w:after="40"/>
      </w:pPr>
      <w:r>
        <w:t>Åbent nu, under 10 minutter væk, uden booking, kort kø.</w:t>
      </w:r>
    </w:p>
    <w:p w14:paraId="2080ACC1" w14:textId="77777777" w:rsidR="00E30E19" w:rsidRDefault="00000000">
      <w:pPr>
        <w:pStyle w:val="Opstilling-punkttegn"/>
        <w:keepLines/>
        <w:spacing w:after="40"/>
      </w:pPr>
      <w:r>
        <w:t>For hele familien, for udvalgte deltagere, efter alder eller højde.</w:t>
      </w:r>
    </w:p>
    <w:p w14:paraId="0370324C" w14:textId="77777777" w:rsidR="00E30E19" w:rsidRDefault="00000000">
      <w:pPr>
        <w:pStyle w:val="Overskrift1"/>
      </w:pPr>
      <w:r>
        <w:t>9. Kort og reel wayfinding</w:t>
      </w:r>
    </w:p>
    <w:p w14:paraId="02463A58" w14:textId="77777777" w:rsidR="00E30E19" w:rsidRDefault="00000000">
      <w:pPr>
        <w:keepLines/>
      </w:pPr>
      <w:r>
        <w:t>Kortet skal være en central arbejdsflade, ikke et statisk billede. Enhver aktivitet, restaurant, service eller booking skal kunne åbne en rute.</w:t>
      </w:r>
    </w:p>
    <w:p w14:paraId="5B39064D" w14:textId="77777777" w:rsidR="00E30E19" w:rsidRDefault="00000000">
      <w:pPr>
        <w:pStyle w:val="Overskrift2"/>
      </w:pPr>
      <w:r>
        <w:t>Kernefunktioner</w:t>
      </w:r>
    </w:p>
    <w:p w14:paraId="35B3AAFE" w14:textId="77777777" w:rsidR="00E30E19" w:rsidRDefault="00000000">
      <w:pPr>
        <w:pStyle w:val="Opstilling-punkttegn"/>
        <w:keepLines/>
        <w:spacing w:after="40"/>
      </w:pPr>
      <w:r>
        <w:t>Tydelig blå prik og retning for brugerens position.</w:t>
      </w:r>
    </w:p>
    <w:p w14:paraId="48B395C9" w14:textId="77777777" w:rsidR="00E30E19" w:rsidRDefault="00000000">
      <w:pPr>
        <w:pStyle w:val="Opstilling-punkttegn"/>
        <w:keepLines/>
        <w:spacing w:after="40"/>
      </w:pPr>
      <w:r>
        <w:t>Forventet gangtid og afstand.</w:t>
      </w:r>
    </w:p>
    <w:p w14:paraId="2C860CBF" w14:textId="77777777" w:rsidR="00E30E19" w:rsidRDefault="00000000">
      <w:pPr>
        <w:pStyle w:val="Opstilling-punkttegn"/>
        <w:keepLines/>
        <w:spacing w:after="40"/>
      </w:pPr>
      <w:r>
        <w:t>Trinvis rute med dybe links fra alle relevante kort og søgeresultater.</w:t>
      </w:r>
    </w:p>
    <w:p w14:paraId="2DA3D53A" w14:textId="77777777" w:rsidR="00E30E19" w:rsidRDefault="00000000">
      <w:pPr>
        <w:pStyle w:val="Opstilling-punkttegn"/>
        <w:keepLines/>
        <w:spacing w:after="40"/>
      </w:pPr>
      <w:r>
        <w:t>“I nærheden af mig” og “i nærheden af Pirathuset”.</w:t>
      </w:r>
    </w:p>
    <w:p w14:paraId="0137E3BF" w14:textId="77777777" w:rsidR="00E30E19" w:rsidRDefault="00000000">
      <w:pPr>
        <w:pStyle w:val="Opstilling-punkttegn"/>
        <w:keepLines/>
        <w:spacing w:after="40"/>
      </w:pPr>
      <w:r>
        <w:t>Klapvogns-, kørestols- og familievenlig rute, hvor data findes.</w:t>
      </w:r>
    </w:p>
    <w:p w14:paraId="5828C969" w14:textId="77777777" w:rsidR="00E30E19" w:rsidRDefault="00000000">
      <w:pPr>
        <w:pStyle w:val="Opstilling-punkttegn"/>
        <w:keepLines/>
        <w:spacing w:after="40"/>
      </w:pPr>
      <w:r>
        <w:t>Offline-cache af grundkort og kritiske steder.</w:t>
      </w:r>
    </w:p>
    <w:p w14:paraId="2FC3B5BC" w14:textId="77777777" w:rsidR="00E30E19" w:rsidRDefault="00000000">
      <w:pPr>
        <w:pStyle w:val="Opstilling-punkttegn"/>
        <w:keepLines/>
        <w:spacing w:after="40"/>
      </w:pPr>
      <w:r>
        <w:t>Gem placering: “Hvor parkerede vi?” og én knap: “Tilbage til Pirathuset”.</w:t>
      </w:r>
    </w:p>
    <w:p w14:paraId="021FC484" w14:textId="77777777" w:rsidR="00E30E19" w:rsidRDefault="00000000">
      <w:pPr>
        <w:pStyle w:val="Overskrift2"/>
      </w:pPr>
      <w:r>
        <w:t>Destinationskort</w:t>
      </w:r>
    </w:p>
    <w:tbl>
      <w:tblPr>
        <w:tblStyle w:val="Tabel-Gitter"/>
        <w:tblW w:w="0" w:type="auto"/>
        <w:jc w:val="center"/>
        <w:tblLayout w:type="fixed"/>
        <w:tblLook w:val="04A0" w:firstRow="1" w:lastRow="0" w:firstColumn="1" w:lastColumn="0" w:noHBand="0" w:noVBand="1"/>
      </w:tblPr>
      <w:tblGrid>
        <w:gridCol w:w="1800"/>
        <w:gridCol w:w="7560"/>
      </w:tblGrid>
      <w:tr w:rsidR="00E30E19" w14:paraId="06C99732" w14:textId="77777777">
        <w:trPr>
          <w:tblHeader/>
          <w:jc w:val="center"/>
        </w:trPr>
        <w:tc>
          <w:tcPr>
            <w:tcW w:w="1800" w:type="dxa"/>
            <w:shd w:val="clear" w:color="auto" w:fill="235B3A"/>
            <w:tcMar>
              <w:top w:w="130" w:type="dxa"/>
              <w:left w:w="140" w:type="dxa"/>
              <w:bottom w:w="130" w:type="dxa"/>
              <w:right w:w="140" w:type="dxa"/>
            </w:tcMar>
            <w:vAlign w:val="center"/>
          </w:tcPr>
          <w:p w14:paraId="17C2BFEA" w14:textId="77777777" w:rsidR="00E30E19" w:rsidRDefault="00000000">
            <w:r>
              <w:rPr>
                <w:b/>
                <w:color w:val="FFFFFF"/>
                <w:sz w:val="18"/>
              </w:rPr>
              <w:t>Felt</w:t>
            </w:r>
          </w:p>
        </w:tc>
        <w:tc>
          <w:tcPr>
            <w:tcW w:w="7560" w:type="dxa"/>
            <w:shd w:val="clear" w:color="auto" w:fill="235B3A"/>
            <w:tcMar>
              <w:top w:w="130" w:type="dxa"/>
              <w:left w:w="140" w:type="dxa"/>
              <w:bottom w:w="130" w:type="dxa"/>
              <w:right w:w="140" w:type="dxa"/>
            </w:tcMar>
            <w:vAlign w:val="center"/>
          </w:tcPr>
          <w:p w14:paraId="2549442F" w14:textId="77777777" w:rsidR="00E30E19" w:rsidRDefault="00000000">
            <w:r>
              <w:rPr>
                <w:b/>
                <w:color w:val="FFFFFF"/>
                <w:sz w:val="18"/>
              </w:rPr>
              <w:t>Indhold</w:t>
            </w:r>
          </w:p>
        </w:tc>
      </w:tr>
      <w:tr w:rsidR="00E30E19" w14:paraId="2C96D3A8" w14:textId="77777777">
        <w:trPr>
          <w:jc w:val="center"/>
        </w:trPr>
        <w:tc>
          <w:tcPr>
            <w:tcW w:w="1800" w:type="dxa"/>
            <w:tcMar>
              <w:top w:w="120" w:type="dxa"/>
              <w:left w:w="140" w:type="dxa"/>
              <w:bottom w:w="120" w:type="dxa"/>
              <w:right w:w="140" w:type="dxa"/>
            </w:tcMar>
            <w:vAlign w:val="center"/>
          </w:tcPr>
          <w:p w14:paraId="7EB9FDA7" w14:textId="77777777" w:rsidR="00E30E19" w:rsidRDefault="00000000">
            <w:pPr>
              <w:spacing w:after="0"/>
            </w:pPr>
            <w:r>
              <w:rPr>
                <w:sz w:val="18"/>
              </w:rPr>
              <w:t>Status</w:t>
            </w:r>
          </w:p>
        </w:tc>
        <w:tc>
          <w:tcPr>
            <w:tcW w:w="7560" w:type="dxa"/>
            <w:tcMar>
              <w:top w:w="120" w:type="dxa"/>
              <w:left w:w="140" w:type="dxa"/>
              <w:bottom w:w="120" w:type="dxa"/>
              <w:right w:w="140" w:type="dxa"/>
            </w:tcMar>
            <w:vAlign w:val="center"/>
          </w:tcPr>
          <w:p w14:paraId="4044DB1E" w14:textId="77777777" w:rsidR="00E30E19" w:rsidRDefault="00000000">
            <w:pPr>
              <w:spacing w:after="0"/>
            </w:pPr>
            <w:r>
              <w:rPr>
                <w:sz w:val="18"/>
              </w:rPr>
              <w:t>Åbent, lukker snart eller lukket.</w:t>
            </w:r>
          </w:p>
        </w:tc>
      </w:tr>
      <w:tr w:rsidR="00E30E19" w14:paraId="030E73F4" w14:textId="77777777">
        <w:trPr>
          <w:jc w:val="center"/>
        </w:trPr>
        <w:tc>
          <w:tcPr>
            <w:tcW w:w="1800" w:type="dxa"/>
            <w:shd w:val="clear" w:color="auto" w:fill="F6F8F6"/>
            <w:tcMar>
              <w:top w:w="120" w:type="dxa"/>
              <w:left w:w="140" w:type="dxa"/>
              <w:bottom w:w="120" w:type="dxa"/>
              <w:right w:w="140" w:type="dxa"/>
            </w:tcMar>
            <w:vAlign w:val="center"/>
          </w:tcPr>
          <w:p w14:paraId="3142B1FE" w14:textId="77777777" w:rsidR="00E30E19" w:rsidRDefault="00000000">
            <w:pPr>
              <w:spacing w:after="0"/>
            </w:pPr>
            <w:r>
              <w:rPr>
                <w:sz w:val="18"/>
              </w:rPr>
              <w:t>Tid</w:t>
            </w:r>
          </w:p>
        </w:tc>
        <w:tc>
          <w:tcPr>
            <w:tcW w:w="7560" w:type="dxa"/>
            <w:shd w:val="clear" w:color="auto" w:fill="F6F8F6"/>
            <w:tcMar>
              <w:top w:w="120" w:type="dxa"/>
              <w:left w:w="140" w:type="dxa"/>
              <w:bottom w:w="120" w:type="dxa"/>
              <w:right w:w="140" w:type="dxa"/>
            </w:tcMar>
            <w:vAlign w:val="center"/>
          </w:tcPr>
          <w:p w14:paraId="66B32E92" w14:textId="77777777" w:rsidR="00E30E19" w:rsidRDefault="00000000">
            <w:pPr>
              <w:spacing w:after="0"/>
            </w:pPr>
            <w:r>
              <w:rPr>
                <w:sz w:val="18"/>
              </w:rPr>
              <w:t>Åbningstid, næste show eller forventet ventetid.</w:t>
            </w:r>
          </w:p>
        </w:tc>
      </w:tr>
      <w:tr w:rsidR="00E30E19" w14:paraId="4A512750" w14:textId="77777777">
        <w:trPr>
          <w:jc w:val="center"/>
        </w:trPr>
        <w:tc>
          <w:tcPr>
            <w:tcW w:w="1800" w:type="dxa"/>
            <w:tcMar>
              <w:top w:w="120" w:type="dxa"/>
              <w:left w:w="140" w:type="dxa"/>
              <w:bottom w:w="120" w:type="dxa"/>
              <w:right w:w="140" w:type="dxa"/>
            </w:tcMar>
            <w:vAlign w:val="center"/>
          </w:tcPr>
          <w:p w14:paraId="5C83141B" w14:textId="77777777" w:rsidR="00E30E19" w:rsidRDefault="00000000">
            <w:pPr>
              <w:spacing w:after="0"/>
            </w:pPr>
            <w:r>
              <w:rPr>
                <w:sz w:val="18"/>
              </w:rPr>
              <w:lastRenderedPageBreak/>
              <w:t>Afstand</w:t>
            </w:r>
          </w:p>
        </w:tc>
        <w:tc>
          <w:tcPr>
            <w:tcW w:w="7560" w:type="dxa"/>
            <w:tcMar>
              <w:top w:w="120" w:type="dxa"/>
              <w:left w:w="140" w:type="dxa"/>
              <w:bottom w:w="120" w:type="dxa"/>
              <w:right w:w="140" w:type="dxa"/>
            </w:tcMar>
            <w:vAlign w:val="center"/>
          </w:tcPr>
          <w:p w14:paraId="2BA7400E" w14:textId="77777777" w:rsidR="00E30E19" w:rsidRDefault="00000000">
            <w:pPr>
              <w:spacing w:after="0"/>
            </w:pPr>
            <w:r>
              <w:rPr>
                <w:sz w:val="18"/>
              </w:rPr>
              <w:t>Meter, gangtid og seneste afgang for at nå en aktivitet.</w:t>
            </w:r>
          </w:p>
        </w:tc>
      </w:tr>
      <w:tr w:rsidR="00E30E19" w14:paraId="4FAED2CD" w14:textId="77777777">
        <w:trPr>
          <w:jc w:val="center"/>
        </w:trPr>
        <w:tc>
          <w:tcPr>
            <w:tcW w:w="1800" w:type="dxa"/>
            <w:shd w:val="clear" w:color="auto" w:fill="F6F8F6"/>
            <w:tcMar>
              <w:top w:w="120" w:type="dxa"/>
              <w:left w:w="140" w:type="dxa"/>
              <w:bottom w:w="120" w:type="dxa"/>
              <w:right w:w="140" w:type="dxa"/>
            </w:tcMar>
            <w:vAlign w:val="center"/>
          </w:tcPr>
          <w:p w14:paraId="265DF3D1" w14:textId="77777777" w:rsidR="00E30E19" w:rsidRDefault="00000000">
            <w:pPr>
              <w:spacing w:after="0"/>
            </w:pPr>
            <w:r>
              <w:rPr>
                <w:sz w:val="18"/>
              </w:rPr>
              <w:t>Egnethed</w:t>
            </w:r>
          </w:p>
        </w:tc>
        <w:tc>
          <w:tcPr>
            <w:tcW w:w="7560" w:type="dxa"/>
            <w:shd w:val="clear" w:color="auto" w:fill="F6F8F6"/>
            <w:tcMar>
              <w:top w:w="120" w:type="dxa"/>
              <w:left w:w="140" w:type="dxa"/>
              <w:bottom w:w="120" w:type="dxa"/>
              <w:right w:w="140" w:type="dxa"/>
            </w:tcMar>
            <w:vAlign w:val="center"/>
          </w:tcPr>
          <w:p w14:paraId="7D5F64E6" w14:textId="77777777" w:rsidR="00E30E19" w:rsidRDefault="00000000">
            <w:pPr>
              <w:spacing w:after="0"/>
            </w:pPr>
            <w:r>
              <w:rPr>
                <w:sz w:val="18"/>
              </w:rPr>
              <w:t>Alder, højde, deltagere, klapvogn og tilgængelighed.</w:t>
            </w:r>
          </w:p>
        </w:tc>
      </w:tr>
      <w:tr w:rsidR="00E30E19" w14:paraId="20F8A358" w14:textId="77777777">
        <w:trPr>
          <w:jc w:val="center"/>
        </w:trPr>
        <w:tc>
          <w:tcPr>
            <w:tcW w:w="1800" w:type="dxa"/>
            <w:tcMar>
              <w:top w:w="120" w:type="dxa"/>
              <w:left w:w="140" w:type="dxa"/>
              <w:bottom w:w="120" w:type="dxa"/>
              <w:right w:w="140" w:type="dxa"/>
            </w:tcMar>
            <w:vAlign w:val="center"/>
          </w:tcPr>
          <w:p w14:paraId="00D9D712" w14:textId="77777777" w:rsidR="00E30E19" w:rsidRDefault="00000000">
            <w:pPr>
              <w:spacing w:after="0"/>
            </w:pPr>
            <w:r>
              <w:rPr>
                <w:sz w:val="18"/>
              </w:rPr>
              <w:t>Handlinger</w:t>
            </w:r>
          </w:p>
        </w:tc>
        <w:tc>
          <w:tcPr>
            <w:tcW w:w="7560" w:type="dxa"/>
            <w:tcMar>
              <w:top w:w="120" w:type="dxa"/>
              <w:left w:w="140" w:type="dxa"/>
              <w:bottom w:w="120" w:type="dxa"/>
              <w:right w:w="140" w:type="dxa"/>
            </w:tcMar>
            <w:vAlign w:val="center"/>
          </w:tcPr>
          <w:p w14:paraId="401C83CA" w14:textId="77777777" w:rsidR="00E30E19" w:rsidRDefault="00000000">
            <w:pPr>
              <w:spacing w:after="0"/>
            </w:pPr>
            <w:r>
              <w:rPr>
                <w:sz w:val="18"/>
              </w:rPr>
              <w:t>Vis vej · Gem · Påmind mig · Bestil/køb, når relevant.</w:t>
            </w:r>
          </w:p>
        </w:tc>
      </w:tr>
    </w:tbl>
    <w:p w14:paraId="7D9F266E" w14:textId="77777777" w:rsidR="00E30E19" w:rsidRDefault="00E30E19">
      <w:pPr>
        <w:spacing w:after="20"/>
      </w:pPr>
    </w:p>
    <w:p w14:paraId="5D924464" w14:textId="77777777" w:rsidR="00E30E19" w:rsidRDefault="00000000">
      <w:pPr>
        <w:pStyle w:val="Overskrift1"/>
      </w:pPr>
      <w:r>
        <w:t>10. Påmindelser, push og kalender</w:t>
      </w:r>
    </w:p>
    <w:p w14:paraId="4F56A909" w14:textId="77777777" w:rsidR="00E30E19" w:rsidRDefault="00000000">
      <w:pPr>
        <w:keepLines/>
      </w:pPr>
      <w:r>
        <w:t>Notifikationer skal være få, handlingsrettede og samtykkebaserede. Reklamer må ikke blandes med driftskritiske eller personlige beskeder.</w:t>
      </w:r>
    </w:p>
    <w:tbl>
      <w:tblPr>
        <w:tblStyle w:val="Tabel-Gitter"/>
        <w:tblW w:w="0" w:type="auto"/>
        <w:jc w:val="center"/>
        <w:tblLayout w:type="fixed"/>
        <w:tblLook w:val="04A0" w:firstRow="1" w:lastRow="0" w:firstColumn="1" w:lastColumn="0" w:noHBand="0" w:noVBand="1"/>
      </w:tblPr>
      <w:tblGrid>
        <w:gridCol w:w="1700"/>
        <w:gridCol w:w="7660"/>
      </w:tblGrid>
      <w:tr w:rsidR="00E30E19" w14:paraId="331199FB" w14:textId="77777777">
        <w:trPr>
          <w:tblHeader/>
          <w:jc w:val="center"/>
        </w:trPr>
        <w:tc>
          <w:tcPr>
            <w:tcW w:w="1700" w:type="dxa"/>
            <w:shd w:val="clear" w:color="auto" w:fill="235B3A"/>
            <w:tcMar>
              <w:top w:w="130" w:type="dxa"/>
              <w:left w:w="140" w:type="dxa"/>
              <w:bottom w:w="130" w:type="dxa"/>
              <w:right w:w="140" w:type="dxa"/>
            </w:tcMar>
            <w:vAlign w:val="center"/>
          </w:tcPr>
          <w:p w14:paraId="4A9FB003" w14:textId="77777777" w:rsidR="00E30E19" w:rsidRDefault="00000000">
            <w:r>
              <w:rPr>
                <w:b/>
                <w:color w:val="FFFFFF"/>
                <w:sz w:val="18"/>
              </w:rPr>
              <w:t>Type</w:t>
            </w:r>
          </w:p>
        </w:tc>
        <w:tc>
          <w:tcPr>
            <w:tcW w:w="7660" w:type="dxa"/>
            <w:shd w:val="clear" w:color="auto" w:fill="235B3A"/>
            <w:tcMar>
              <w:top w:w="130" w:type="dxa"/>
              <w:left w:w="140" w:type="dxa"/>
              <w:bottom w:w="130" w:type="dxa"/>
              <w:right w:w="140" w:type="dxa"/>
            </w:tcMar>
            <w:vAlign w:val="center"/>
          </w:tcPr>
          <w:p w14:paraId="6B303296" w14:textId="77777777" w:rsidR="00E30E19" w:rsidRDefault="00000000">
            <w:r>
              <w:rPr>
                <w:b/>
                <w:color w:val="FFFFFF"/>
                <w:sz w:val="18"/>
              </w:rPr>
              <w:t>Eksempel</w:t>
            </w:r>
          </w:p>
        </w:tc>
      </w:tr>
      <w:tr w:rsidR="00E30E19" w14:paraId="5D45B614" w14:textId="77777777">
        <w:trPr>
          <w:jc w:val="center"/>
        </w:trPr>
        <w:tc>
          <w:tcPr>
            <w:tcW w:w="1700" w:type="dxa"/>
            <w:tcMar>
              <w:top w:w="120" w:type="dxa"/>
              <w:left w:w="140" w:type="dxa"/>
              <w:bottom w:w="120" w:type="dxa"/>
              <w:right w:w="140" w:type="dxa"/>
            </w:tcMar>
            <w:vAlign w:val="center"/>
          </w:tcPr>
          <w:p w14:paraId="454D04D4" w14:textId="77777777" w:rsidR="00E30E19" w:rsidRDefault="00000000">
            <w:pPr>
              <w:spacing w:after="0"/>
            </w:pPr>
            <w:r>
              <w:rPr>
                <w:sz w:val="18"/>
              </w:rPr>
              <w:t>Afgang</w:t>
            </w:r>
          </w:p>
        </w:tc>
        <w:tc>
          <w:tcPr>
            <w:tcW w:w="7660" w:type="dxa"/>
            <w:tcMar>
              <w:top w:w="120" w:type="dxa"/>
              <w:left w:w="140" w:type="dxa"/>
              <w:bottom w:w="120" w:type="dxa"/>
              <w:right w:w="140" w:type="dxa"/>
            </w:tcMar>
            <w:vAlign w:val="center"/>
          </w:tcPr>
          <w:p w14:paraId="36BF2045" w14:textId="77777777" w:rsidR="00E30E19" w:rsidRDefault="00000000">
            <w:pPr>
              <w:spacing w:after="0"/>
            </w:pPr>
            <w:r>
              <w:rPr>
                <w:sz w:val="18"/>
              </w:rPr>
              <w:t>“I bør gå om 5 minutter for at nå Piratshowet.”</w:t>
            </w:r>
          </w:p>
        </w:tc>
      </w:tr>
      <w:tr w:rsidR="00E30E19" w14:paraId="263F678B" w14:textId="77777777">
        <w:trPr>
          <w:jc w:val="center"/>
        </w:trPr>
        <w:tc>
          <w:tcPr>
            <w:tcW w:w="1700" w:type="dxa"/>
            <w:shd w:val="clear" w:color="auto" w:fill="F6F8F6"/>
            <w:tcMar>
              <w:top w:w="120" w:type="dxa"/>
              <w:left w:w="140" w:type="dxa"/>
              <w:bottom w:w="120" w:type="dxa"/>
              <w:right w:w="140" w:type="dxa"/>
            </w:tcMar>
            <w:vAlign w:val="center"/>
          </w:tcPr>
          <w:p w14:paraId="56671440" w14:textId="77777777" w:rsidR="00E30E19" w:rsidRDefault="00000000">
            <w:pPr>
              <w:spacing w:after="0"/>
            </w:pPr>
            <w:r>
              <w:rPr>
                <w:sz w:val="18"/>
              </w:rPr>
              <w:t>Ændring</w:t>
            </w:r>
          </w:p>
        </w:tc>
        <w:tc>
          <w:tcPr>
            <w:tcW w:w="7660" w:type="dxa"/>
            <w:shd w:val="clear" w:color="auto" w:fill="F6F8F6"/>
            <w:tcMar>
              <w:top w:w="120" w:type="dxa"/>
              <w:left w:w="140" w:type="dxa"/>
              <w:bottom w:w="120" w:type="dxa"/>
              <w:right w:w="140" w:type="dxa"/>
            </w:tcMar>
            <w:vAlign w:val="center"/>
          </w:tcPr>
          <w:p w14:paraId="4B80C62C" w14:textId="77777777" w:rsidR="00E30E19" w:rsidRDefault="00000000">
            <w:pPr>
              <w:spacing w:after="0"/>
            </w:pPr>
            <w:r>
              <w:rPr>
                <w:sz w:val="18"/>
              </w:rPr>
              <w:t>“Godnatshowet er flyttet til Torvet på grund af vejret.”</w:t>
            </w:r>
          </w:p>
        </w:tc>
      </w:tr>
      <w:tr w:rsidR="00E30E19" w14:paraId="4AE4379B" w14:textId="77777777">
        <w:trPr>
          <w:jc w:val="center"/>
        </w:trPr>
        <w:tc>
          <w:tcPr>
            <w:tcW w:w="1700" w:type="dxa"/>
            <w:tcMar>
              <w:top w:w="120" w:type="dxa"/>
              <w:left w:w="140" w:type="dxa"/>
              <w:bottom w:w="120" w:type="dxa"/>
              <w:right w:w="140" w:type="dxa"/>
            </w:tcMar>
            <w:vAlign w:val="center"/>
          </w:tcPr>
          <w:p w14:paraId="69740600" w14:textId="77777777" w:rsidR="00E30E19" w:rsidRDefault="00000000">
            <w:pPr>
              <w:spacing w:after="0"/>
            </w:pPr>
            <w:r>
              <w:rPr>
                <w:sz w:val="18"/>
              </w:rPr>
              <w:t>Booking</w:t>
            </w:r>
          </w:p>
        </w:tc>
        <w:tc>
          <w:tcPr>
            <w:tcW w:w="7660" w:type="dxa"/>
            <w:tcMar>
              <w:top w:w="120" w:type="dxa"/>
              <w:left w:w="140" w:type="dxa"/>
              <w:bottom w:w="120" w:type="dxa"/>
              <w:right w:w="140" w:type="dxa"/>
            </w:tcMar>
            <w:vAlign w:val="center"/>
          </w:tcPr>
          <w:p w14:paraId="23172B48" w14:textId="77777777" w:rsidR="00E30E19" w:rsidRDefault="00000000">
            <w:pPr>
              <w:spacing w:after="0"/>
            </w:pPr>
            <w:r>
              <w:rPr>
                <w:sz w:val="18"/>
              </w:rPr>
              <w:t>“Bowling starter om 30 minutter for John, Sirka og Neo.”</w:t>
            </w:r>
          </w:p>
        </w:tc>
      </w:tr>
      <w:tr w:rsidR="00E30E19" w14:paraId="57D723C2" w14:textId="77777777">
        <w:trPr>
          <w:jc w:val="center"/>
        </w:trPr>
        <w:tc>
          <w:tcPr>
            <w:tcW w:w="1700" w:type="dxa"/>
            <w:shd w:val="clear" w:color="auto" w:fill="F6F8F6"/>
            <w:tcMar>
              <w:top w:w="120" w:type="dxa"/>
              <w:left w:w="140" w:type="dxa"/>
              <w:bottom w:w="120" w:type="dxa"/>
              <w:right w:w="140" w:type="dxa"/>
            </w:tcMar>
            <w:vAlign w:val="center"/>
          </w:tcPr>
          <w:p w14:paraId="303615F8" w14:textId="77777777" w:rsidR="00E30E19" w:rsidRDefault="00000000">
            <w:pPr>
              <w:spacing w:after="0"/>
            </w:pPr>
            <w:r>
              <w:rPr>
                <w:sz w:val="18"/>
              </w:rPr>
              <w:t>Ophold</w:t>
            </w:r>
          </w:p>
        </w:tc>
        <w:tc>
          <w:tcPr>
            <w:tcW w:w="7660" w:type="dxa"/>
            <w:shd w:val="clear" w:color="auto" w:fill="F6F8F6"/>
            <w:tcMar>
              <w:top w:w="120" w:type="dxa"/>
              <w:left w:w="140" w:type="dxa"/>
              <w:bottom w:w="120" w:type="dxa"/>
              <w:right w:w="140" w:type="dxa"/>
            </w:tcMar>
            <w:vAlign w:val="center"/>
          </w:tcPr>
          <w:p w14:paraId="25F58AB6" w14:textId="77777777" w:rsidR="00E30E19" w:rsidRDefault="00000000">
            <w:pPr>
              <w:spacing w:after="0"/>
            </w:pPr>
            <w:r>
              <w:rPr>
                <w:sz w:val="18"/>
              </w:rPr>
              <w:t>“Pirathus 37 er klar. Her er ruten fra parkeringen.”</w:t>
            </w:r>
          </w:p>
        </w:tc>
      </w:tr>
      <w:tr w:rsidR="00E30E19" w14:paraId="60B5ABD2" w14:textId="77777777">
        <w:trPr>
          <w:jc w:val="center"/>
        </w:trPr>
        <w:tc>
          <w:tcPr>
            <w:tcW w:w="1700" w:type="dxa"/>
            <w:tcMar>
              <w:top w:w="120" w:type="dxa"/>
              <w:left w:w="140" w:type="dxa"/>
              <w:bottom w:w="120" w:type="dxa"/>
              <w:right w:w="140" w:type="dxa"/>
            </w:tcMar>
            <w:vAlign w:val="center"/>
          </w:tcPr>
          <w:p w14:paraId="7383B9CB" w14:textId="77777777" w:rsidR="00E30E19" w:rsidRDefault="00000000">
            <w:pPr>
              <w:spacing w:after="0"/>
            </w:pPr>
            <w:r>
              <w:rPr>
                <w:sz w:val="18"/>
              </w:rPr>
              <w:t>Mulighed</w:t>
            </w:r>
          </w:p>
        </w:tc>
        <w:tc>
          <w:tcPr>
            <w:tcW w:w="7660" w:type="dxa"/>
            <w:tcMar>
              <w:top w:w="120" w:type="dxa"/>
              <w:left w:w="140" w:type="dxa"/>
              <w:bottom w:w="120" w:type="dxa"/>
              <w:right w:w="140" w:type="dxa"/>
            </w:tcMar>
            <w:vAlign w:val="center"/>
          </w:tcPr>
          <w:p w14:paraId="1F7B854D" w14:textId="77777777" w:rsidR="00E30E19" w:rsidRDefault="00000000">
            <w:pPr>
              <w:spacing w:after="0"/>
            </w:pPr>
            <w:r>
              <w:rPr>
                <w:sz w:val="18"/>
              </w:rPr>
              <w:t>“Junglestien har kort ventetid nu.” — kun hvis brugeren har valgt denne type tip.</w:t>
            </w:r>
          </w:p>
        </w:tc>
      </w:tr>
      <w:tr w:rsidR="00E30E19" w14:paraId="6AA6AB54" w14:textId="77777777">
        <w:trPr>
          <w:jc w:val="center"/>
        </w:trPr>
        <w:tc>
          <w:tcPr>
            <w:tcW w:w="1700" w:type="dxa"/>
            <w:shd w:val="clear" w:color="auto" w:fill="F6F8F6"/>
            <w:tcMar>
              <w:top w:w="120" w:type="dxa"/>
              <w:left w:w="140" w:type="dxa"/>
              <w:bottom w:w="120" w:type="dxa"/>
              <w:right w:w="140" w:type="dxa"/>
            </w:tcMar>
            <w:vAlign w:val="center"/>
          </w:tcPr>
          <w:p w14:paraId="348D70C1" w14:textId="77777777" w:rsidR="00E30E19" w:rsidRDefault="00000000">
            <w:pPr>
              <w:spacing w:after="0"/>
            </w:pPr>
            <w:r>
              <w:rPr>
                <w:sz w:val="18"/>
              </w:rPr>
              <w:t>Praktisk</w:t>
            </w:r>
          </w:p>
        </w:tc>
        <w:tc>
          <w:tcPr>
            <w:tcW w:w="7660" w:type="dxa"/>
            <w:shd w:val="clear" w:color="auto" w:fill="F6F8F6"/>
            <w:tcMar>
              <w:top w:w="120" w:type="dxa"/>
              <w:left w:w="140" w:type="dxa"/>
              <w:bottom w:w="120" w:type="dxa"/>
              <w:right w:w="140" w:type="dxa"/>
            </w:tcMar>
            <w:vAlign w:val="center"/>
          </w:tcPr>
          <w:p w14:paraId="312B714F" w14:textId="77777777" w:rsidR="00E30E19" w:rsidRDefault="00000000">
            <w:pPr>
              <w:spacing w:after="0"/>
            </w:pPr>
            <w:r>
              <w:rPr>
                <w:sz w:val="18"/>
              </w:rPr>
              <w:t>“Checkout er kl. 10. Se jeres afrejsecheckliste.”</w:t>
            </w:r>
          </w:p>
        </w:tc>
      </w:tr>
    </w:tbl>
    <w:p w14:paraId="1707A83C" w14:textId="77777777" w:rsidR="00E30E19" w:rsidRDefault="00E30E19">
      <w:pPr>
        <w:spacing w:after="20"/>
      </w:pPr>
    </w:p>
    <w:p w14:paraId="1BCDBCCC" w14:textId="77777777" w:rsidR="00E30E19" w:rsidRDefault="00000000">
      <w:pPr>
        <w:pStyle w:val="Overskrift2"/>
      </w:pPr>
      <w:r>
        <w:t>Intelligent reminder</w:t>
      </w:r>
    </w:p>
    <w:p w14:paraId="3ED09E06" w14:textId="77777777" w:rsidR="00E30E19" w:rsidRDefault="00000000">
      <w:pPr>
        <w:keepLines/>
      </w:pPr>
      <w:r>
        <w:t>Standardhandlingen er “Giv besked, når vi skal gå” — beregnet ud fra aktuel placering, rute, nødvendig buffer og eventuelle mobilitetsvalg. Brugeren kan vælge et fast tidspunkt i stedet.</w:t>
      </w:r>
    </w:p>
    <w:p w14:paraId="644B23B2" w14:textId="77777777" w:rsidR="00E30E19" w:rsidRDefault="00000000">
      <w:pPr>
        <w:pStyle w:val="Overskrift2"/>
      </w:pPr>
      <w:r>
        <w:t>Kalenderintegration</w:t>
      </w:r>
    </w:p>
    <w:p w14:paraId="31A54380" w14:textId="77777777" w:rsidR="00E30E19" w:rsidRDefault="00000000">
      <w:pPr>
        <w:pStyle w:val="Opstilling-punkttegn"/>
        <w:keepLines/>
        <w:spacing w:after="40"/>
      </w:pPr>
      <w:r>
        <w:t>Eksportér bookede aktiviteter eller hele opholdet til Apple/Google-kalender.</w:t>
      </w:r>
    </w:p>
    <w:p w14:paraId="2C1B4531" w14:textId="77777777" w:rsidR="00E30E19" w:rsidRDefault="00000000">
      <w:pPr>
        <w:pStyle w:val="Opstilling-punkttegn"/>
        <w:keepLines/>
        <w:spacing w:after="40"/>
      </w:pPr>
      <w:r>
        <w:t>Opdater ændrede tider med tydelig besked; overskriv ikke brugerens øvrige kalenderdata.</w:t>
      </w:r>
    </w:p>
    <w:p w14:paraId="2D3A2B6A" w14:textId="77777777" w:rsidR="00E30E19" w:rsidRDefault="00000000">
      <w:pPr>
        <w:pStyle w:val="Opstilling-punkttegn"/>
        <w:keepLines/>
        <w:spacing w:after="40"/>
      </w:pPr>
      <w:r>
        <w:t>Medtag sted, deltagere, bookingreference og dybt link til rute.</w:t>
      </w:r>
    </w:p>
    <w:p w14:paraId="2BA04758" w14:textId="77777777" w:rsidR="00E30E19" w:rsidRDefault="00000000">
      <w:pPr>
        <w:pStyle w:val="Overskrift1"/>
      </w:pPr>
      <w:r>
        <w:t>11. Pirathus- og opholdstilstand</w:t>
      </w:r>
    </w:p>
    <w:p w14:paraId="3EDDB989" w14:textId="77777777" w:rsidR="00E30E19" w:rsidRDefault="00000000">
      <w:pPr>
        <w:keepLines/>
      </w:pPr>
      <w:r>
        <w:t>Under et aktivt ophold skifter appen karakter. Opholdet er den overordnede kontekst, ikke blot et menupunkt.</w:t>
      </w:r>
    </w:p>
    <w:p w14:paraId="5B2389F2" w14:textId="77777777" w:rsidR="00E30E19" w:rsidRDefault="00000000">
      <w:pPr>
        <w:pStyle w:val="Overskrift2"/>
      </w:pPr>
      <w:r>
        <w:lastRenderedPageBreak/>
        <w:t>Faser</w:t>
      </w:r>
    </w:p>
    <w:tbl>
      <w:tblPr>
        <w:tblStyle w:val="Tabel-Gitter"/>
        <w:tblW w:w="0" w:type="auto"/>
        <w:jc w:val="center"/>
        <w:tblLayout w:type="fixed"/>
        <w:tblLook w:val="04A0" w:firstRow="1" w:lastRow="0" w:firstColumn="1" w:lastColumn="0" w:noHBand="0" w:noVBand="1"/>
      </w:tblPr>
      <w:tblGrid>
        <w:gridCol w:w="1600"/>
        <w:gridCol w:w="7760"/>
      </w:tblGrid>
      <w:tr w:rsidR="00E30E19" w14:paraId="30BC1A61" w14:textId="77777777">
        <w:trPr>
          <w:tblHeader/>
          <w:jc w:val="center"/>
        </w:trPr>
        <w:tc>
          <w:tcPr>
            <w:tcW w:w="1600" w:type="dxa"/>
            <w:shd w:val="clear" w:color="auto" w:fill="235B3A"/>
            <w:tcMar>
              <w:top w:w="130" w:type="dxa"/>
              <w:left w:w="140" w:type="dxa"/>
              <w:bottom w:w="130" w:type="dxa"/>
              <w:right w:w="140" w:type="dxa"/>
            </w:tcMar>
            <w:vAlign w:val="center"/>
          </w:tcPr>
          <w:p w14:paraId="7D6FE632" w14:textId="77777777" w:rsidR="00E30E19" w:rsidRDefault="00000000">
            <w:r>
              <w:rPr>
                <w:b/>
                <w:color w:val="FFFFFF"/>
                <w:sz w:val="18"/>
              </w:rPr>
              <w:t>Fase</w:t>
            </w:r>
          </w:p>
        </w:tc>
        <w:tc>
          <w:tcPr>
            <w:tcW w:w="7760" w:type="dxa"/>
            <w:shd w:val="clear" w:color="auto" w:fill="235B3A"/>
            <w:tcMar>
              <w:top w:w="130" w:type="dxa"/>
              <w:left w:w="140" w:type="dxa"/>
              <w:bottom w:w="130" w:type="dxa"/>
              <w:right w:w="140" w:type="dxa"/>
            </w:tcMar>
            <w:vAlign w:val="center"/>
          </w:tcPr>
          <w:p w14:paraId="48DF11D6" w14:textId="77777777" w:rsidR="00E30E19" w:rsidRDefault="00000000">
            <w:r>
              <w:rPr>
                <w:b/>
                <w:color w:val="FFFFFF"/>
                <w:sz w:val="18"/>
              </w:rPr>
              <w:t>Prioriteret oplevelse</w:t>
            </w:r>
          </w:p>
        </w:tc>
      </w:tr>
      <w:tr w:rsidR="00E30E19" w14:paraId="4B04A360" w14:textId="77777777">
        <w:trPr>
          <w:jc w:val="center"/>
        </w:trPr>
        <w:tc>
          <w:tcPr>
            <w:tcW w:w="1600" w:type="dxa"/>
            <w:tcMar>
              <w:top w:w="120" w:type="dxa"/>
              <w:left w:w="140" w:type="dxa"/>
              <w:bottom w:w="120" w:type="dxa"/>
              <w:right w:w="140" w:type="dxa"/>
            </w:tcMar>
            <w:vAlign w:val="center"/>
          </w:tcPr>
          <w:p w14:paraId="3B4CDAB3" w14:textId="77777777" w:rsidR="00E30E19" w:rsidRDefault="00000000">
            <w:pPr>
              <w:spacing w:after="0"/>
            </w:pPr>
            <w:r>
              <w:rPr>
                <w:sz w:val="18"/>
              </w:rPr>
              <w:t>Før ankomst</w:t>
            </w:r>
          </w:p>
        </w:tc>
        <w:tc>
          <w:tcPr>
            <w:tcW w:w="7760" w:type="dxa"/>
            <w:tcMar>
              <w:top w:w="120" w:type="dxa"/>
              <w:left w:w="140" w:type="dxa"/>
              <w:bottom w:w="120" w:type="dxa"/>
              <w:right w:w="140" w:type="dxa"/>
            </w:tcMar>
            <w:vAlign w:val="center"/>
          </w:tcPr>
          <w:p w14:paraId="0E6EC83E" w14:textId="77777777" w:rsidR="00E30E19" w:rsidRDefault="00000000">
            <w:pPr>
              <w:spacing w:after="0"/>
            </w:pPr>
            <w:r>
              <w:rPr>
                <w:sz w:val="18"/>
              </w:rPr>
              <w:t>Booking, deltagere, billetter, pakkeliste, tilkøb, rute og forventet ankomst.</w:t>
            </w:r>
          </w:p>
        </w:tc>
      </w:tr>
      <w:tr w:rsidR="00E30E19" w14:paraId="4D858281" w14:textId="77777777">
        <w:trPr>
          <w:jc w:val="center"/>
        </w:trPr>
        <w:tc>
          <w:tcPr>
            <w:tcW w:w="1600" w:type="dxa"/>
            <w:shd w:val="clear" w:color="auto" w:fill="F6F8F6"/>
            <w:tcMar>
              <w:top w:w="120" w:type="dxa"/>
              <w:left w:w="140" w:type="dxa"/>
              <w:bottom w:w="120" w:type="dxa"/>
              <w:right w:w="140" w:type="dxa"/>
            </w:tcMar>
            <w:vAlign w:val="center"/>
          </w:tcPr>
          <w:p w14:paraId="0BFC8434" w14:textId="77777777" w:rsidR="00E30E19" w:rsidRDefault="00000000">
            <w:pPr>
              <w:spacing w:after="0"/>
            </w:pPr>
            <w:r>
              <w:rPr>
                <w:sz w:val="18"/>
              </w:rPr>
              <w:t>Ankomstdag</w:t>
            </w:r>
          </w:p>
        </w:tc>
        <w:tc>
          <w:tcPr>
            <w:tcW w:w="7760" w:type="dxa"/>
            <w:shd w:val="clear" w:color="auto" w:fill="F6F8F6"/>
            <w:tcMar>
              <w:top w:w="120" w:type="dxa"/>
              <w:left w:w="140" w:type="dxa"/>
              <w:bottom w:w="120" w:type="dxa"/>
              <w:right w:w="140" w:type="dxa"/>
            </w:tcMar>
            <w:vAlign w:val="center"/>
          </w:tcPr>
          <w:p w14:paraId="716868B3" w14:textId="77777777" w:rsidR="00E30E19" w:rsidRDefault="00000000">
            <w:pPr>
              <w:spacing w:after="0"/>
            </w:pPr>
            <w:r>
              <w:rPr>
                <w:sz w:val="18"/>
              </w:rPr>
              <w:t>Adgang før indflytning, parkering, bagage, “huset er klar”, nøgle/check-in og første plan.</w:t>
            </w:r>
          </w:p>
        </w:tc>
      </w:tr>
      <w:tr w:rsidR="00E30E19" w14:paraId="1E9762BC" w14:textId="77777777">
        <w:trPr>
          <w:jc w:val="center"/>
        </w:trPr>
        <w:tc>
          <w:tcPr>
            <w:tcW w:w="1600" w:type="dxa"/>
            <w:tcMar>
              <w:top w:w="120" w:type="dxa"/>
              <w:left w:w="140" w:type="dxa"/>
              <w:bottom w:w="120" w:type="dxa"/>
              <w:right w:w="140" w:type="dxa"/>
            </w:tcMar>
            <w:vAlign w:val="center"/>
          </w:tcPr>
          <w:p w14:paraId="15EC62DC" w14:textId="77777777" w:rsidR="00E30E19" w:rsidRDefault="00000000">
            <w:pPr>
              <w:spacing w:after="0"/>
            </w:pPr>
            <w:r>
              <w:rPr>
                <w:sz w:val="18"/>
              </w:rPr>
              <w:t>Under ophold</w:t>
            </w:r>
          </w:p>
        </w:tc>
        <w:tc>
          <w:tcPr>
            <w:tcW w:w="7760" w:type="dxa"/>
            <w:tcMar>
              <w:top w:w="120" w:type="dxa"/>
              <w:left w:w="140" w:type="dxa"/>
              <w:bottom w:w="120" w:type="dxa"/>
              <w:right w:w="140" w:type="dxa"/>
            </w:tcMar>
            <w:vAlign w:val="center"/>
          </w:tcPr>
          <w:p w14:paraId="28995D27" w14:textId="77777777" w:rsidR="00E30E19" w:rsidRDefault="00000000">
            <w:pPr>
              <w:spacing w:after="0"/>
            </w:pPr>
            <w:r>
              <w:rPr>
                <w:sz w:val="18"/>
              </w:rPr>
              <w:t>Hjemmebase, plan, ruter, service, bestillinger, beskeder og deling mellem voksne.</w:t>
            </w:r>
          </w:p>
        </w:tc>
      </w:tr>
      <w:tr w:rsidR="00E30E19" w14:paraId="154CB0F2" w14:textId="77777777">
        <w:trPr>
          <w:jc w:val="center"/>
        </w:trPr>
        <w:tc>
          <w:tcPr>
            <w:tcW w:w="1600" w:type="dxa"/>
            <w:shd w:val="clear" w:color="auto" w:fill="F6F8F6"/>
            <w:tcMar>
              <w:top w:w="120" w:type="dxa"/>
              <w:left w:w="140" w:type="dxa"/>
              <w:bottom w:w="120" w:type="dxa"/>
              <w:right w:w="140" w:type="dxa"/>
            </w:tcMar>
            <w:vAlign w:val="center"/>
          </w:tcPr>
          <w:p w14:paraId="30B3774D" w14:textId="77777777" w:rsidR="00E30E19" w:rsidRDefault="00000000">
            <w:pPr>
              <w:spacing w:after="0"/>
            </w:pPr>
            <w:r>
              <w:rPr>
                <w:sz w:val="18"/>
              </w:rPr>
              <w:t>Afrejsedag</w:t>
            </w:r>
          </w:p>
        </w:tc>
        <w:tc>
          <w:tcPr>
            <w:tcW w:w="7760" w:type="dxa"/>
            <w:shd w:val="clear" w:color="auto" w:fill="F6F8F6"/>
            <w:tcMar>
              <w:top w:w="120" w:type="dxa"/>
              <w:left w:w="140" w:type="dxa"/>
              <w:bottom w:w="120" w:type="dxa"/>
              <w:right w:w="140" w:type="dxa"/>
            </w:tcMar>
            <w:vAlign w:val="center"/>
          </w:tcPr>
          <w:p w14:paraId="6FF496DE" w14:textId="77777777" w:rsidR="00E30E19" w:rsidRDefault="00000000">
            <w:pPr>
              <w:spacing w:after="0"/>
            </w:pPr>
            <w:r>
              <w:rPr>
                <w:sz w:val="18"/>
              </w:rPr>
              <w:t>Checkouttid, checkliste, fortsat adgang til faciliteter og vej til parkering.</w:t>
            </w:r>
          </w:p>
        </w:tc>
      </w:tr>
      <w:tr w:rsidR="00E30E19" w14:paraId="76567965" w14:textId="77777777">
        <w:trPr>
          <w:jc w:val="center"/>
        </w:trPr>
        <w:tc>
          <w:tcPr>
            <w:tcW w:w="1600" w:type="dxa"/>
            <w:tcMar>
              <w:top w:w="120" w:type="dxa"/>
              <w:left w:w="140" w:type="dxa"/>
              <w:bottom w:w="120" w:type="dxa"/>
              <w:right w:w="140" w:type="dxa"/>
            </w:tcMar>
            <w:vAlign w:val="center"/>
          </w:tcPr>
          <w:p w14:paraId="3A2CF5C7" w14:textId="77777777" w:rsidR="00E30E19" w:rsidRDefault="00000000">
            <w:pPr>
              <w:spacing w:after="0"/>
            </w:pPr>
            <w:r>
              <w:rPr>
                <w:sz w:val="18"/>
              </w:rPr>
              <w:t>Efter ophold</w:t>
            </w:r>
          </w:p>
        </w:tc>
        <w:tc>
          <w:tcPr>
            <w:tcW w:w="7760" w:type="dxa"/>
            <w:tcMar>
              <w:top w:w="120" w:type="dxa"/>
              <w:left w:w="140" w:type="dxa"/>
              <w:bottom w:w="120" w:type="dxa"/>
              <w:right w:w="140" w:type="dxa"/>
            </w:tcMar>
            <w:vAlign w:val="center"/>
          </w:tcPr>
          <w:p w14:paraId="69DDA02B" w14:textId="77777777" w:rsidR="00E30E19" w:rsidRDefault="00000000">
            <w:pPr>
              <w:spacing w:after="0"/>
            </w:pPr>
            <w:r>
              <w:rPr>
                <w:sz w:val="18"/>
              </w:rPr>
              <w:t>Kvitteringer, hittegods, feedback og frivillig genbooking.</w:t>
            </w:r>
          </w:p>
        </w:tc>
      </w:tr>
    </w:tbl>
    <w:p w14:paraId="6E7C077B" w14:textId="77777777" w:rsidR="00E30E19" w:rsidRDefault="00E30E19">
      <w:pPr>
        <w:spacing w:after="20"/>
      </w:pPr>
    </w:p>
    <w:p w14:paraId="2737FA30" w14:textId="77777777" w:rsidR="00E30E19" w:rsidRDefault="00000000">
      <w:pPr>
        <w:keepLines/>
      </w:pPr>
      <w:r>
        <w:t>Opholdskortet skal kende periode, enhed, inkluderede aktiviteter, bestillinger, hjemmebase, checkouttid og relevante kontaktkanaler. På længere sigt kan mobil check-in og digital nøgle overvejes, hvis drifts- og sikkerhedsgrundlaget er på plads.</w:t>
      </w:r>
    </w:p>
    <w:p w14:paraId="2985CAB2" w14:textId="77777777" w:rsidR="00E30E19" w:rsidRDefault="00000000">
      <w:pPr>
        <w:pStyle w:val="Overskrift1"/>
      </w:pPr>
      <w:r>
        <w:t>12. Familieprofil, deltagere og deling</w:t>
      </w:r>
    </w:p>
    <w:p w14:paraId="0CBDDE8B" w14:textId="77777777" w:rsidR="00E30E19" w:rsidRDefault="00000000">
      <w:pPr>
        <w:keepLines/>
      </w:pPr>
      <w:r>
        <w:t>Familier bevæger sig ikke altid samlet. Aktiviteter og reminders skal derfor kunne knyttes til deltagere.</w:t>
      </w:r>
    </w:p>
    <w:tbl>
      <w:tblPr>
        <w:tblStyle w:val="Tabel-Gitter"/>
        <w:tblW w:w="0" w:type="auto"/>
        <w:jc w:val="center"/>
        <w:tblLayout w:type="fixed"/>
        <w:tblLook w:val="04A0" w:firstRow="1" w:lastRow="0" w:firstColumn="1" w:lastColumn="0" w:noHBand="0" w:noVBand="1"/>
      </w:tblPr>
      <w:tblGrid>
        <w:gridCol w:w="3300"/>
        <w:gridCol w:w="6060"/>
      </w:tblGrid>
      <w:tr w:rsidR="00E30E19" w14:paraId="6B34E326" w14:textId="77777777">
        <w:trPr>
          <w:tblHeader/>
          <w:jc w:val="center"/>
        </w:trPr>
        <w:tc>
          <w:tcPr>
            <w:tcW w:w="3300" w:type="dxa"/>
            <w:shd w:val="clear" w:color="auto" w:fill="235B3A"/>
            <w:tcMar>
              <w:top w:w="130" w:type="dxa"/>
              <w:left w:w="140" w:type="dxa"/>
              <w:bottom w:w="130" w:type="dxa"/>
              <w:right w:w="140" w:type="dxa"/>
            </w:tcMar>
            <w:vAlign w:val="center"/>
          </w:tcPr>
          <w:p w14:paraId="6B0F1FBC" w14:textId="77777777" w:rsidR="00E30E19" w:rsidRDefault="00000000">
            <w:r>
              <w:rPr>
                <w:b/>
                <w:color w:val="FFFFFF"/>
                <w:sz w:val="18"/>
              </w:rPr>
              <w:t>Aktivitet</w:t>
            </w:r>
          </w:p>
        </w:tc>
        <w:tc>
          <w:tcPr>
            <w:tcW w:w="6060" w:type="dxa"/>
            <w:shd w:val="clear" w:color="auto" w:fill="235B3A"/>
            <w:tcMar>
              <w:top w:w="130" w:type="dxa"/>
              <w:left w:w="140" w:type="dxa"/>
              <w:bottom w:w="130" w:type="dxa"/>
              <w:right w:w="140" w:type="dxa"/>
            </w:tcMar>
            <w:vAlign w:val="center"/>
          </w:tcPr>
          <w:p w14:paraId="3E4153B4" w14:textId="77777777" w:rsidR="00E30E19" w:rsidRDefault="00000000">
            <w:r>
              <w:rPr>
                <w:b/>
                <w:color w:val="FFFFFF"/>
                <w:sz w:val="18"/>
              </w:rPr>
              <w:t>Deltagere</w:t>
            </w:r>
          </w:p>
        </w:tc>
      </w:tr>
      <w:tr w:rsidR="00E30E19" w14:paraId="5C8A780A" w14:textId="77777777">
        <w:trPr>
          <w:jc w:val="center"/>
        </w:trPr>
        <w:tc>
          <w:tcPr>
            <w:tcW w:w="3300" w:type="dxa"/>
            <w:tcMar>
              <w:top w:w="120" w:type="dxa"/>
              <w:left w:w="140" w:type="dxa"/>
              <w:bottom w:w="120" w:type="dxa"/>
              <w:right w:w="140" w:type="dxa"/>
            </w:tcMar>
            <w:vAlign w:val="center"/>
          </w:tcPr>
          <w:p w14:paraId="66FB22F0" w14:textId="77777777" w:rsidR="00E30E19" w:rsidRDefault="00000000">
            <w:pPr>
              <w:spacing w:after="0"/>
            </w:pPr>
            <w:r>
              <w:rPr>
                <w:sz w:val="18"/>
              </w:rPr>
              <w:t>Piratshow</w:t>
            </w:r>
          </w:p>
        </w:tc>
        <w:tc>
          <w:tcPr>
            <w:tcW w:w="6060" w:type="dxa"/>
            <w:tcMar>
              <w:top w:w="120" w:type="dxa"/>
              <w:left w:w="140" w:type="dxa"/>
              <w:bottom w:w="120" w:type="dxa"/>
              <w:right w:w="140" w:type="dxa"/>
            </w:tcMar>
            <w:vAlign w:val="center"/>
          </w:tcPr>
          <w:p w14:paraId="4B782E06" w14:textId="77777777" w:rsidR="00E30E19" w:rsidRDefault="00000000">
            <w:pPr>
              <w:spacing w:after="0"/>
            </w:pPr>
            <w:r>
              <w:rPr>
                <w:sz w:val="18"/>
              </w:rPr>
              <w:t>Hele familien</w:t>
            </w:r>
          </w:p>
        </w:tc>
      </w:tr>
      <w:tr w:rsidR="00E30E19" w14:paraId="2C40E72D" w14:textId="77777777">
        <w:trPr>
          <w:jc w:val="center"/>
        </w:trPr>
        <w:tc>
          <w:tcPr>
            <w:tcW w:w="3300" w:type="dxa"/>
            <w:shd w:val="clear" w:color="auto" w:fill="F6F8F6"/>
            <w:tcMar>
              <w:top w:w="120" w:type="dxa"/>
              <w:left w:w="140" w:type="dxa"/>
              <w:bottom w:w="120" w:type="dxa"/>
              <w:right w:w="140" w:type="dxa"/>
            </w:tcMar>
            <w:vAlign w:val="center"/>
          </w:tcPr>
          <w:p w14:paraId="472C0BFF" w14:textId="77777777" w:rsidR="00E30E19" w:rsidRDefault="00000000">
            <w:pPr>
              <w:spacing w:after="0"/>
            </w:pPr>
            <w:r>
              <w:rPr>
                <w:sz w:val="18"/>
              </w:rPr>
              <w:t>Bowling</w:t>
            </w:r>
          </w:p>
        </w:tc>
        <w:tc>
          <w:tcPr>
            <w:tcW w:w="6060" w:type="dxa"/>
            <w:shd w:val="clear" w:color="auto" w:fill="F6F8F6"/>
            <w:tcMar>
              <w:top w:w="120" w:type="dxa"/>
              <w:left w:w="140" w:type="dxa"/>
              <w:bottom w:w="120" w:type="dxa"/>
              <w:right w:w="140" w:type="dxa"/>
            </w:tcMar>
            <w:vAlign w:val="center"/>
          </w:tcPr>
          <w:p w14:paraId="7FD512D8" w14:textId="77777777" w:rsidR="00E30E19" w:rsidRDefault="00000000">
            <w:pPr>
              <w:spacing w:after="0"/>
            </w:pPr>
            <w:r>
              <w:rPr>
                <w:sz w:val="18"/>
              </w:rPr>
              <w:t>John, Sirka og Neo</w:t>
            </w:r>
          </w:p>
        </w:tc>
      </w:tr>
      <w:tr w:rsidR="00E30E19" w14:paraId="6B4C4CCB" w14:textId="77777777">
        <w:trPr>
          <w:jc w:val="center"/>
        </w:trPr>
        <w:tc>
          <w:tcPr>
            <w:tcW w:w="3300" w:type="dxa"/>
            <w:tcMar>
              <w:top w:w="120" w:type="dxa"/>
              <w:left w:w="140" w:type="dxa"/>
              <w:bottom w:w="120" w:type="dxa"/>
              <w:right w:w="140" w:type="dxa"/>
            </w:tcMar>
            <w:vAlign w:val="center"/>
          </w:tcPr>
          <w:p w14:paraId="50F162D1" w14:textId="77777777" w:rsidR="00E30E19" w:rsidRDefault="00000000">
            <w:pPr>
              <w:spacing w:after="0"/>
            </w:pPr>
            <w:r>
              <w:rPr>
                <w:sz w:val="18"/>
              </w:rPr>
              <w:t>Legeland</w:t>
            </w:r>
          </w:p>
        </w:tc>
        <w:tc>
          <w:tcPr>
            <w:tcW w:w="6060" w:type="dxa"/>
            <w:tcMar>
              <w:top w:w="120" w:type="dxa"/>
              <w:left w:w="140" w:type="dxa"/>
              <w:bottom w:w="120" w:type="dxa"/>
              <w:right w:w="140" w:type="dxa"/>
            </w:tcMar>
            <w:vAlign w:val="center"/>
          </w:tcPr>
          <w:p w14:paraId="5768D1FA" w14:textId="77777777" w:rsidR="00E30E19" w:rsidRDefault="00000000">
            <w:pPr>
              <w:spacing w:after="0"/>
            </w:pPr>
            <w:r>
              <w:rPr>
                <w:sz w:val="18"/>
              </w:rPr>
              <w:t>Titte, treårig og baby</w:t>
            </w:r>
          </w:p>
        </w:tc>
      </w:tr>
      <w:tr w:rsidR="00E30E19" w14:paraId="5758C0DC" w14:textId="77777777">
        <w:trPr>
          <w:jc w:val="center"/>
        </w:trPr>
        <w:tc>
          <w:tcPr>
            <w:tcW w:w="3300" w:type="dxa"/>
            <w:shd w:val="clear" w:color="auto" w:fill="F6F8F6"/>
            <w:tcMar>
              <w:top w:w="120" w:type="dxa"/>
              <w:left w:w="140" w:type="dxa"/>
              <w:bottom w:w="120" w:type="dxa"/>
              <w:right w:w="140" w:type="dxa"/>
            </w:tcMar>
            <w:vAlign w:val="center"/>
          </w:tcPr>
          <w:p w14:paraId="692AF3F1" w14:textId="77777777" w:rsidR="00E30E19" w:rsidRDefault="00000000">
            <w:pPr>
              <w:spacing w:after="0"/>
            </w:pPr>
            <w:r>
              <w:rPr>
                <w:sz w:val="18"/>
              </w:rPr>
              <w:t>Aftenunderholdning</w:t>
            </w:r>
          </w:p>
        </w:tc>
        <w:tc>
          <w:tcPr>
            <w:tcW w:w="6060" w:type="dxa"/>
            <w:shd w:val="clear" w:color="auto" w:fill="F6F8F6"/>
            <w:tcMar>
              <w:top w:w="120" w:type="dxa"/>
              <w:left w:w="140" w:type="dxa"/>
              <w:bottom w:w="120" w:type="dxa"/>
              <w:right w:w="140" w:type="dxa"/>
            </w:tcMar>
            <w:vAlign w:val="center"/>
          </w:tcPr>
          <w:p w14:paraId="2FDD497B" w14:textId="77777777" w:rsidR="00E30E19" w:rsidRDefault="00000000">
            <w:pPr>
              <w:spacing w:after="0"/>
            </w:pPr>
            <w:r>
              <w:rPr>
                <w:sz w:val="18"/>
              </w:rPr>
              <w:t>John og de store børn</w:t>
            </w:r>
          </w:p>
        </w:tc>
      </w:tr>
    </w:tbl>
    <w:p w14:paraId="02EB9536" w14:textId="77777777" w:rsidR="00E30E19" w:rsidRDefault="00E30E19">
      <w:pPr>
        <w:spacing w:after="20"/>
      </w:pPr>
    </w:p>
    <w:p w14:paraId="22C7F191" w14:textId="77777777" w:rsidR="00E30E19" w:rsidRDefault="00000000">
      <w:pPr>
        <w:pStyle w:val="Overskrift2"/>
      </w:pPr>
      <w:r>
        <w:t>Profilfelter og samtykke</w:t>
      </w:r>
    </w:p>
    <w:p w14:paraId="6B8AFCF3" w14:textId="77777777" w:rsidR="00E30E19" w:rsidRDefault="00000000">
      <w:pPr>
        <w:pStyle w:val="Opstilling-punkttegn"/>
        <w:keepLines/>
        <w:spacing w:after="40"/>
      </w:pPr>
      <w:r>
        <w:t>Navn/kaldenavn og valgfrit profilbillede.</w:t>
      </w:r>
    </w:p>
    <w:p w14:paraId="4E16ECBD" w14:textId="77777777" w:rsidR="00E30E19" w:rsidRDefault="00000000">
      <w:pPr>
        <w:pStyle w:val="Opstilling-punkttegn"/>
        <w:keepLines/>
        <w:spacing w:after="40"/>
      </w:pPr>
      <w:r>
        <w:t>Barnets alder og valgfrit højdeinterval; undgå unødvendig præcis fødselsdato.</w:t>
      </w:r>
    </w:p>
    <w:p w14:paraId="6084EF3E" w14:textId="77777777" w:rsidR="00E30E19" w:rsidRDefault="00000000">
      <w:pPr>
        <w:pStyle w:val="Opstilling-punkttegn"/>
        <w:keepLines/>
        <w:spacing w:after="40"/>
      </w:pPr>
      <w:r>
        <w:t>Mobilitetsbehov, klapvogn og tilgængelighedsvalg.</w:t>
      </w:r>
    </w:p>
    <w:p w14:paraId="66DAFC88" w14:textId="77777777" w:rsidR="00E30E19" w:rsidRDefault="00000000">
      <w:pPr>
        <w:pStyle w:val="Opstilling-punkttegn"/>
        <w:keepLines/>
        <w:spacing w:after="40"/>
      </w:pPr>
      <w:r>
        <w:t>Madpræferencer og allergenfiltre med tydelig ansvarsfraskrivelse.</w:t>
      </w:r>
    </w:p>
    <w:p w14:paraId="7A16D388" w14:textId="77777777" w:rsidR="00E30E19" w:rsidRDefault="00000000">
      <w:pPr>
        <w:pStyle w:val="Opstilling-punkttegn"/>
        <w:keepLines/>
        <w:spacing w:after="40"/>
      </w:pPr>
      <w:r>
        <w:t>Interesser og favoritter.</w:t>
      </w:r>
    </w:p>
    <w:p w14:paraId="58BDF859" w14:textId="77777777" w:rsidR="00E30E19" w:rsidRDefault="00000000">
      <w:pPr>
        <w:pStyle w:val="Opstilling-punkttegn"/>
        <w:keepLines/>
        <w:spacing w:after="40"/>
      </w:pPr>
      <w:r>
        <w:t>Delt ophold via invitation med roller og mulighed for at forlade delingen.</w:t>
      </w:r>
    </w:p>
    <w:p w14:paraId="0AED5690" w14:textId="77777777" w:rsidR="00E30E19" w:rsidRDefault="00000000">
      <w:pPr>
        <w:pStyle w:val="Overskrift1"/>
      </w:pPr>
      <w:r>
        <w:t>13. Mad, kaffe og bestilling</w:t>
      </w:r>
    </w:p>
    <w:p w14:paraId="4E1E78D3" w14:textId="77777777" w:rsidR="00E30E19" w:rsidRDefault="00000000">
      <w:pPr>
        <w:keepLines/>
      </w:pPr>
      <w:r>
        <w:t>Madområdet skal løse konkrete situationer: kaffe nu, frokost uden lang kø, børnevenligt, allergener, takeaway til Pirathuset og hvad der stadig er åbent.</w:t>
      </w:r>
    </w:p>
    <w:p w14:paraId="020E1E6F" w14:textId="77777777" w:rsidR="00E30E19" w:rsidRDefault="00000000">
      <w:pPr>
        <w:pStyle w:val="Overskrift2"/>
      </w:pPr>
      <w:r>
        <w:lastRenderedPageBreak/>
        <w:t>Krav</w:t>
      </w:r>
    </w:p>
    <w:p w14:paraId="72B22B63" w14:textId="77777777" w:rsidR="00E30E19" w:rsidRDefault="00000000">
      <w:pPr>
        <w:pStyle w:val="Opstilling-punkttegn"/>
        <w:keepLines/>
        <w:spacing w:after="40"/>
      </w:pPr>
      <w:r>
        <w:t>Store, billedbårne kort — ingen PDF-menu som primær løsning.</w:t>
      </w:r>
    </w:p>
    <w:p w14:paraId="38377578" w14:textId="77777777" w:rsidR="00E30E19" w:rsidRDefault="00000000">
      <w:pPr>
        <w:pStyle w:val="Opstilling-punkttegn"/>
        <w:keepLines/>
        <w:spacing w:after="40"/>
      </w:pPr>
      <w:r>
        <w:t>Filtre for åbent nu, gangtid, måltid, vegetarisk, allergener, pris og bestillingsmulighed.</w:t>
      </w:r>
    </w:p>
    <w:p w14:paraId="42A25AC7" w14:textId="77777777" w:rsidR="00E30E19" w:rsidRDefault="00000000">
      <w:pPr>
        <w:pStyle w:val="Opstilling-punkttegn"/>
        <w:keepLines/>
        <w:spacing w:after="40"/>
      </w:pPr>
      <w:r>
        <w:t>Kapacitet eller estimeret ventetid, hvis data er driftssikre.</w:t>
      </w:r>
    </w:p>
    <w:p w14:paraId="69816A7E" w14:textId="77777777" w:rsidR="00E30E19" w:rsidRDefault="00000000">
      <w:pPr>
        <w:pStyle w:val="Opstilling-punkttegn"/>
        <w:keepLines/>
        <w:spacing w:after="40"/>
      </w:pPr>
      <w:r>
        <w:t>Click &amp; Collect, afhentningstid, ordrestatus og kvittering.</w:t>
      </w:r>
    </w:p>
    <w:p w14:paraId="24DF5AB0" w14:textId="77777777" w:rsidR="00E30E19" w:rsidRDefault="00000000">
      <w:pPr>
        <w:pStyle w:val="Opstilling-punkttegn"/>
        <w:keepLines/>
        <w:spacing w:after="40"/>
      </w:pPr>
      <w:r>
        <w:t>Kort og rute direkte fra restaurant- eller produktvisning.</w:t>
      </w:r>
    </w:p>
    <w:p w14:paraId="27A6CF88" w14:textId="77777777" w:rsidR="00E30E19" w:rsidRDefault="00000000">
      <w:pPr>
        <w:pStyle w:val="Opstilling-punkttegn"/>
        <w:keepLines/>
        <w:spacing w:after="40"/>
      </w:pPr>
      <w:r>
        <w:t>Vis seneste bestilling og genbestil, hvor det giver mening.</w:t>
      </w:r>
    </w:p>
    <w:p w14:paraId="457453B8" w14:textId="77777777" w:rsidR="00E30E19" w:rsidRDefault="00000000">
      <w:pPr>
        <w:pStyle w:val="Overskrift1"/>
      </w:pPr>
      <w:r>
        <w:t>14. Visuel designretning</w:t>
      </w:r>
    </w:p>
    <w:p w14:paraId="1ABCA658" w14:textId="77777777" w:rsidR="00E30E19" w:rsidRDefault="00000000">
      <w:pPr>
        <w:keepLines/>
      </w:pPr>
      <w:r>
        <w:t>Udtrykket placerer sig mellem Apple Wallet, Airbnb, Disney Parks og Universal Orlando: card-baseret, roligt, moderne og handlingsorienteret. Jesperhus’ identitet bevares, men gøres mindre støjende for den voksne bruger.</w:t>
      </w:r>
    </w:p>
    <w:tbl>
      <w:tblPr>
        <w:tblStyle w:val="Tabel-Gitter"/>
        <w:tblW w:w="0" w:type="auto"/>
        <w:jc w:val="center"/>
        <w:tblLayout w:type="fixed"/>
        <w:tblLook w:val="04A0" w:firstRow="1" w:lastRow="0" w:firstColumn="1" w:lastColumn="0" w:noHBand="0" w:noVBand="1"/>
      </w:tblPr>
      <w:tblGrid>
        <w:gridCol w:w="1500"/>
        <w:gridCol w:w="2700"/>
        <w:gridCol w:w="5160"/>
      </w:tblGrid>
      <w:tr w:rsidR="00E30E19" w14:paraId="7B85C472" w14:textId="77777777">
        <w:trPr>
          <w:tblHeader/>
          <w:jc w:val="center"/>
        </w:trPr>
        <w:tc>
          <w:tcPr>
            <w:tcW w:w="1500" w:type="dxa"/>
            <w:shd w:val="clear" w:color="auto" w:fill="235B3A"/>
            <w:tcMar>
              <w:top w:w="130" w:type="dxa"/>
              <w:left w:w="140" w:type="dxa"/>
              <w:bottom w:w="130" w:type="dxa"/>
              <w:right w:w="140" w:type="dxa"/>
            </w:tcMar>
            <w:vAlign w:val="center"/>
          </w:tcPr>
          <w:p w14:paraId="5246320B" w14:textId="77777777" w:rsidR="00E30E19" w:rsidRDefault="00000000">
            <w:r>
              <w:rPr>
                <w:b/>
                <w:color w:val="FFFFFF"/>
                <w:sz w:val="18"/>
              </w:rPr>
              <w:t>Token</w:t>
            </w:r>
          </w:p>
        </w:tc>
        <w:tc>
          <w:tcPr>
            <w:tcW w:w="2700" w:type="dxa"/>
            <w:shd w:val="clear" w:color="auto" w:fill="235B3A"/>
            <w:tcMar>
              <w:top w:w="130" w:type="dxa"/>
              <w:left w:w="140" w:type="dxa"/>
              <w:bottom w:w="130" w:type="dxa"/>
              <w:right w:w="140" w:type="dxa"/>
            </w:tcMar>
            <w:vAlign w:val="center"/>
          </w:tcPr>
          <w:p w14:paraId="69FAB30D" w14:textId="77777777" w:rsidR="00E30E19" w:rsidRDefault="00000000">
            <w:r>
              <w:rPr>
                <w:b/>
                <w:color w:val="FFFFFF"/>
                <w:sz w:val="18"/>
              </w:rPr>
              <w:t>Forslag</w:t>
            </w:r>
          </w:p>
        </w:tc>
        <w:tc>
          <w:tcPr>
            <w:tcW w:w="5160" w:type="dxa"/>
            <w:shd w:val="clear" w:color="auto" w:fill="235B3A"/>
            <w:tcMar>
              <w:top w:w="130" w:type="dxa"/>
              <w:left w:w="140" w:type="dxa"/>
              <w:bottom w:w="130" w:type="dxa"/>
              <w:right w:w="140" w:type="dxa"/>
            </w:tcMar>
            <w:vAlign w:val="center"/>
          </w:tcPr>
          <w:p w14:paraId="51B3D882" w14:textId="77777777" w:rsidR="00E30E19" w:rsidRDefault="00000000">
            <w:r>
              <w:rPr>
                <w:b/>
                <w:color w:val="FFFFFF"/>
                <w:sz w:val="18"/>
              </w:rPr>
              <w:t>Anvendelse</w:t>
            </w:r>
          </w:p>
        </w:tc>
      </w:tr>
      <w:tr w:rsidR="00E30E19" w14:paraId="04B83B09" w14:textId="77777777">
        <w:trPr>
          <w:jc w:val="center"/>
        </w:trPr>
        <w:tc>
          <w:tcPr>
            <w:tcW w:w="1500" w:type="dxa"/>
            <w:tcMar>
              <w:top w:w="120" w:type="dxa"/>
              <w:left w:w="140" w:type="dxa"/>
              <w:bottom w:w="120" w:type="dxa"/>
              <w:right w:w="140" w:type="dxa"/>
            </w:tcMar>
            <w:vAlign w:val="center"/>
          </w:tcPr>
          <w:p w14:paraId="55CE45B8" w14:textId="77777777" w:rsidR="00E30E19" w:rsidRDefault="00000000">
            <w:pPr>
              <w:spacing w:after="0"/>
            </w:pPr>
            <w:r>
              <w:rPr>
                <w:sz w:val="18"/>
              </w:rPr>
              <w:t>Primær</w:t>
            </w:r>
          </w:p>
        </w:tc>
        <w:tc>
          <w:tcPr>
            <w:tcW w:w="2700" w:type="dxa"/>
            <w:tcMar>
              <w:top w:w="120" w:type="dxa"/>
              <w:left w:w="140" w:type="dxa"/>
              <w:bottom w:w="120" w:type="dxa"/>
              <w:right w:w="140" w:type="dxa"/>
            </w:tcMar>
            <w:vAlign w:val="center"/>
          </w:tcPr>
          <w:p w14:paraId="65558ADE" w14:textId="77777777" w:rsidR="00E30E19" w:rsidRDefault="00000000">
            <w:pPr>
              <w:spacing w:after="0"/>
            </w:pPr>
            <w:r>
              <w:rPr>
                <w:sz w:val="18"/>
              </w:rPr>
              <w:t>Dyb grøn · #2E7D32</w:t>
            </w:r>
          </w:p>
        </w:tc>
        <w:tc>
          <w:tcPr>
            <w:tcW w:w="5160" w:type="dxa"/>
            <w:tcMar>
              <w:top w:w="120" w:type="dxa"/>
              <w:left w:w="140" w:type="dxa"/>
              <w:bottom w:w="120" w:type="dxa"/>
              <w:right w:w="140" w:type="dxa"/>
            </w:tcMar>
            <w:vAlign w:val="center"/>
          </w:tcPr>
          <w:p w14:paraId="1DBD5D7D" w14:textId="77777777" w:rsidR="00E30E19" w:rsidRDefault="00000000">
            <w:pPr>
              <w:spacing w:after="0"/>
            </w:pPr>
            <w:r>
              <w:rPr>
                <w:sz w:val="18"/>
              </w:rPr>
              <w:t>Vigtige handlinger, status og udvalgte navigationspunkter.</w:t>
            </w:r>
          </w:p>
        </w:tc>
      </w:tr>
      <w:tr w:rsidR="00E30E19" w14:paraId="65799985" w14:textId="77777777">
        <w:trPr>
          <w:jc w:val="center"/>
        </w:trPr>
        <w:tc>
          <w:tcPr>
            <w:tcW w:w="1500" w:type="dxa"/>
            <w:shd w:val="clear" w:color="auto" w:fill="F6F8F6"/>
            <w:tcMar>
              <w:top w:w="120" w:type="dxa"/>
              <w:left w:w="140" w:type="dxa"/>
              <w:bottom w:w="120" w:type="dxa"/>
              <w:right w:w="140" w:type="dxa"/>
            </w:tcMar>
            <w:vAlign w:val="center"/>
          </w:tcPr>
          <w:p w14:paraId="2ABD8BB5" w14:textId="77777777" w:rsidR="00E30E19" w:rsidRDefault="00000000">
            <w:pPr>
              <w:spacing w:after="0"/>
            </w:pPr>
            <w:r>
              <w:rPr>
                <w:sz w:val="18"/>
              </w:rPr>
              <w:t>Sekundær</w:t>
            </w:r>
          </w:p>
        </w:tc>
        <w:tc>
          <w:tcPr>
            <w:tcW w:w="2700" w:type="dxa"/>
            <w:shd w:val="clear" w:color="auto" w:fill="F6F8F6"/>
            <w:tcMar>
              <w:top w:w="120" w:type="dxa"/>
              <w:left w:w="140" w:type="dxa"/>
              <w:bottom w:w="120" w:type="dxa"/>
              <w:right w:w="140" w:type="dxa"/>
            </w:tcMar>
            <w:vAlign w:val="center"/>
          </w:tcPr>
          <w:p w14:paraId="44A56483" w14:textId="77777777" w:rsidR="00E30E19" w:rsidRDefault="00000000">
            <w:pPr>
              <w:spacing w:after="0"/>
            </w:pPr>
            <w:r>
              <w:rPr>
                <w:sz w:val="18"/>
              </w:rPr>
              <w:t>Varm gul · #FFC857</w:t>
            </w:r>
          </w:p>
        </w:tc>
        <w:tc>
          <w:tcPr>
            <w:tcW w:w="5160" w:type="dxa"/>
            <w:shd w:val="clear" w:color="auto" w:fill="F6F8F6"/>
            <w:tcMar>
              <w:top w:w="120" w:type="dxa"/>
              <w:left w:w="140" w:type="dxa"/>
              <w:bottom w:w="120" w:type="dxa"/>
              <w:right w:w="140" w:type="dxa"/>
            </w:tcMar>
            <w:vAlign w:val="center"/>
          </w:tcPr>
          <w:p w14:paraId="180DD38D" w14:textId="77777777" w:rsidR="00E30E19" w:rsidRDefault="00000000">
            <w:pPr>
              <w:spacing w:after="0"/>
            </w:pPr>
            <w:r>
              <w:rPr>
                <w:sz w:val="18"/>
              </w:rPr>
              <w:t>Venlig fremhævning og familieorienterede accenter.</w:t>
            </w:r>
          </w:p>
        </w:tc>
      </w:tr>
      <w:tr w:rsidR="00E30E19" w14:paraId="3F3625D8" w14:textId="77777777">
        <w:trPr>
          <w:jc w:val="center"/>
        </w:trPr>
        <w:tc>
          <w:tcPr>
            <w:tcW w:w="1500" w:type="dxa"/>
            <w:tcMar>
              <w:top w:w="120" w:type="dxa"/>
              <w:left w:w="140" w:type="dxa"/>
              <w:bottom w:w="120" w:type="dxa"/>
              <w:right w:w="140" w:type="dxa"/>
            </w:tcMar>
            <w:vAlign w:val="center"/>
          </w:tcPr>
          <w:p w14:paraId="0503603B" w14:textId="77777777" w:rsidR="00E30E19" w:rsidRDefault="00000000">
            <w:pPr>
              <w:spacing w:after="0"/>
            </w:pPr>
            <w:r>
              <w:rPr>
                <w:sz w:val="18"/>
              </w:rPr>
              <w:t>Accent</w:t>
            </w:r>
          </w:p>
        </w:tc>
        <w:tc>
          <w:tcPr>
            <w:tcW w:w="2700" w:type="dxa"/>
            <w:tcMar>
              <w:top w:w="120" w:type="dxa"/>
              <w:left w:w="140" w:type="dxa"/>
              <w:bottom w:w="120" w:type="dxa"/>
              <w:right w:w="140" w:type="dxa"/>
            </w:tcMar>
            <w:vAlign w:val="center"/>
          </w:tcPr>
          <w:p w14:paraId="6D8F73E6" w14:textId="77777777" w:rsidR="00E30E19" w:rsidRDefault="00000000">
            <w:pPr>
              <w:spacing w:after="0"/>
            </w:pPr>
            <w:r>
              <w:rPr>
                <w:sz w:val="18"/>
              </w:rPr>
              <w:t>Koral · #FF6F61</w:t>
            </w:r>
          </w:p>
        </w:tc>
        <w:tc>
          <w:tcPr>
            <w:tcW w:w="5160" w:type="dxa"/>
            <w:tcMar>
              <w:top w:w="120" w:type="dxa"/>
              <w:left w:w="140" w:type="dxa"/>
              <w:bottom w:w="120" w:type="dxa"/>
              <w:right w:w="140" w:type="dxa"/>
            </w:tcMar>
            <w:vAlign w:val="center"/>
          </w:tcPr>
          <w:p w14:paraId="335E2ECC" w14:textId="77777777" w:rsidR="00E30E19" w:rsidRDefault="00000000">
            <w:pPr>
              <w:spacing w:after="0"/>
            </w:pPr>
            <w:r>
              <w:rPr>
                <w:sz w:val="18"/>
              </w:rPr>
              <w:t>Varsler og selektiv opmærksomhed — ikke store flader.</w:t>
            </w:r>
          </w:p>
        </w:tc>
      </w:tr>
      <w:tr w:rsidR="00E30E19" w14:paraId="5BBA8A45" w14:textId="77777777">
        <w:trPr>
          <w:jc w:val="center"/>
        </w:trPr>
        <w:tc>
          <w:tcPr>
            <w:tcW w:w="1500" w:type="dxa"/>
            <w:shd w:val="clear" w:color="auto" w:fill="F6F8F6"/>
            <w:tcMar>
              <w:top w:w="120" w:type="dxa"/>
              <w:left w:w="140" w:type="dxa"/>
              <w:bottom w:w="120" w:type="dxa"/>
              <w:right w:w="140" w:type="dxa"/>
            </w:tcMar>
            <w:vAlign w:val="center"/>
          </w:tcPr>
          <w:p w14:paraId="1B56B23A" w14:textId="77777777" w:rsidR="00E30E19" w:rsidRDefault="00000000">
            <w:pPr>
              <w:spacing w:after="0"/>
            </w:pPr>
            <w:r>
              <w:rPr>
                <w:sz w:val="18"/>
              </w:rPr>
              <w:t>Baggrund</w:t>
            </w:r>
          </w:p>
        </w:tc>
        <w:tc>
          <w:tcPr>
            <w:tcW w:w="2700" w:type="dxa"/>
            <w:shd w:val="clear" w:color="auto" w:fill="F6F8F6"/>
            <w:tcMar>
              <w:top w:w="120" w:type="dxa"/>
              <w:left w:w="140" w:type="dxa"/>
              <w:bottom w:w="120" w:type="dxa"/>
              <w:right w:w="140" w:type="dxa"/>
            </w:tcMar>
            <w:vAlign w:val="center"/>
          </w:tcPr>
          <w:p w14:paraId="68001DFB" w14:textId="77777777" w:rsidR="00E30E19" w:rsidRDefault="00000000">
            <w:pPr>
              <w:spacing w:after="0"/>
            </w:pPr>
            <w:r>
              <w:rPr>
                <w:sz w:val="18"/>
              </w:rPr>
              <w:t>Lys sand · #FAF8F3</w:t>
            </w:r>
          </w:p>
        </w:tc>
        <w:tc>
          <w:tcPr>
            <w:tcW w:w="5160" w:type="dxa"/>
            <w:shd w:val="clear" w:color="auto" w:fill="F6F8F6"/>
            <w:tcMar>
              <w:top w:w="120" w:type="dxa"/>
              <w:left w:w="140" w:type="dxa"/>
              <w:bottom w:w="120" w:type="dxa"/>
              <w:right w:w="140" w:type="dxa"/>
            </w:tcMar>
            <w:vAlign w:val="center"/>
          </w:tcPr>
          <w:p w14:paraId="678B07E3" w14:textId="77777777" w:rsidR="00E30E19" w:rsidRDefault="00000000">
            <w:pPr>
              <w:spacing w:after="0"/>
            </w:pPr>
            <w:r>
              <w:rPr>
                <w:sz w:val="18"/>
              </w:rPr>
              <w:t>Varm, rolig appbaggrund.</w:t>
            </w:r>
          </w:p>
        </w:tc>
      </w:tr>
      <w:tr w:rsidR="00E30E19" w14:paraId="0914D3BD" w14:textId="77777777">
        <w:trPr>
          <w:jc w:val="center"/>
        </w:trPr>
        <w:tc>
          <w:tcPr>
            <w:tcW w:w="1500" w:type="dxa"/>
            <w:tcMar>
              <w:top w:w="120" w:type="dxa"/>
              <w:left w:w="140" w:type="dxa"/>
              <w:bottom w:w="120" w:type="dxa"/>
              <w:right w:w="140" w:type="dxa"/>
            </w:tcMar>
            <w:vAlign w:val="center"/>
          </w:tcPr>
          <w:p w14:paraId="1E576E1B" w14:textId="77777777" w:rsidR="00E30E19" w:rsidRDefault="00000000">
            <w:pPr>
              <w:spacing w:after="0"/>
            </w:pPr>
            <w:r>
              <w:rPr>
                <w:sz w:val="18"/>
              </w:rPr>
              <w:t>Kort</w:t>
            </w:r>
          </w:p>
        </w:tc>
        <w:tc>
          <w:tcPr>
            <w:tcW w:w="2700" w:type="dxa"/>
            <w:tcMar>
              <w:top w:w="120" w:type="dxa"/>
              <w:left w:w="140" w:type="dxa"/>
              <w:bottom w:w="120" w:type="dxa"/>
              <w:right w:w="140" w:type="dxa"/>
            </w:tcMar>
            <w:vAlign w:val="center"/>
          </w:tcPr>
          <w:p w14:paraId="1B27D103" w14:textId="77777777" w:rsidR="00E30E19" w:rsidRDefault="00000000">
            <w:pPr>
              <w:spacing w:after="0"/>
            </w:pPr>
            <w:r>
              <w:rPr>
                <w:sz w:val="18"/>
              </w:rPr>
              <w:t>Hvid · #FFFFFF</w:t>
            </w:r>
          </w:p>
        </w:tc>
        <w:tc>
          <w:tcPr>
            <w:tcW w:w="5160" w:type="dxa"/>
            <w:tcMar>
              <w:top w:w="120" w:type="dxa"/>
              <w:left w:w="140" w:type="dxa"/>
              <w:bottom w:w="120" w:type="dxa"/>
              <w:right w:w="140" w:type="dxa"/>
            </w:tcMar>
            <w:vAlign w:val="center"/>
          </w:tcPr>
          <w:p w14:paraId="618A1357" w14:textId="77777777" w:rsidR="00E30E19" w:rsidRDefault="00000000">
            <w:pPr>
              <w:spacing w:after="0"/>
            </w:pPr>
            <w:r>
              <w:rPr>
                <w:sz w:val="18"/>
              </w:rPr>
              <w:t>Indholdskort og sheets.</w:t>
            </w:r>
          </w:p>
        </w:tc>
      </w:tr>
    </w:tbl>
    <w:p w14:paraId="7F0BB90C" w14:textId="77777777" w:rsidR="00E30E19" w:rsidRDefault="00E30E19">
      <w:pPr>
        <w:spacing w:after="20"/>
      </w:pPr>
    </w:p>
    <w:p w14:paraId="7FC6F4D2" w14:textId="77777777" w:rsidR="00E30E19" w:rsidRDefault="00000000">
      <w:pPr>
        <w:pStyle w:val="Overskrift2"/>
      </w:pPr>
      <w:r>
        <w:t>Komponentprincipper</w:t>
      </w:r>
    </w:p>
    <w:p w14:paraId="0EAB190C" w14:textId="77777777" w:rsidR="00E30E19" w:rsidRDefault="00000000">
      <w:pPr>
        <w:pStyle w:val="Opstilling-punkttegn"/>
        <w:keepLines/>
        <w:spacing w:after="40"/>
      </w:pPr>
      <w:r>
        <w:t>Store kort, runde hjørner, tydelig luft og store billeder.</w:t>
      </w:r>
    </w:p>
    <w:p w14:paraId="54ECA578" w14:textId="77777777" w:rsidR="00E30E19" w:rsidRDefault="00000000">
      <w:pPr>
        <w:pStyle w:val="Opstilling-punkttegn"/>
        <w:keepLines/>
        <w:spacing w:after="40"/>
      </w:pPr>
      <w:r>
        <w:t>Kort tekst, stærke overskrifter og klare primære handlinger.</w:t>
      </w:r>
    </w:p>
    <w:p w14:paraId="1594CAB5" w14:textId="77777777" w:rsidR="00E30E19" w:rsidRDefault="00000000">
      <w:pPr>
        <w:pStyle w:val="Opstilling-punkttegn"/>
        <w:keepLines/>
        <w:spacing w:after="40"/>
      </w:pPr>
      <w:r>
        <w:t>SF Pro på iOS og Inter på Android, eller én gennemtestet tværplatformsskrifttype.</w:t>
      </w:r>
    </w:p>
    <w:p w14:paraId="08313AA1" w14:textId="77777777" w:rsidR="00E30E19" w:rsidRDefault="00000000">
      <w:pPr>
        <w:pStyle w:val="Opstilling-punkttegn"/>
        <w:keepLines/>
        <w:spacing w:after="40"/>
      </w:pPr>
      <w:r>
        <w:t>Outline-ikoner med ens stregtykkelse og store touchområder.</w:t>
      </w:r>
    </w:p>
    <w:p w14:paraId="63A2E0CB" w14:textId="77777777" w:rsidR="00E30E19" w:rsidRDefault="00000000">
      <w:pPr>
        <w:pStyle w:val="Opstilling-punkttegn"/>
        <w:keepLines/>
        <w:spacing w:after="40"/>
      </w:pPr>
      <w:r>
        <w:t>Mikroanimationer: kort glider roligt ind, knapper reagerer, kort zoomer naturligt — aldrig overdrevet.</w:t>
      </w:r>
    </w:p>
    <w:p w14:paraId="7A96AF53" w14:textId="77777777" w:rsidR="00E30E19" w:rsidRDefault="00000000">
      <w:pPr>
        <w:pStyle w:val="Opstilling-punkttegn"/>
        <w:keepLines/>
        <w:spacing w:after="40"/>
      </w:pPr>
      <w:r>
        <w:t>Minimum 44×44 pt touch targets og tilstrækkelig kontrast i alle tilstande.</w:t>
      </w:r>
    </w:p>
    <w:p w14:paraId="01D0EC5B" w14:textId="77777777" w:rsidR="00E30E19" w:rsidRDefault="00000000">
      <w:pPr>
        <w:pStyle w:val="Overskrift1"/>
      </w:pPr>
      <w:r>
        <w:t>15. Funktionelle krav</w:t>
      </w:r>
    </w:p>
    <w:tbl>
      <w:tblPr>
        <w:tblStyle w:val="Tabel-Gitter"/>
        <w:tblW w:w="0" w:type="auto"/>
        <w:jc w:val="center"/>
        <w:tblLayout w:type="fixed"/>
        <w:tblLook w:val="04A0" w:firstRow="1" w:lastRow="0" w:firstColumn="1" w:lastColumn="0" w:noHBand="0" w:noVBand="1"/>
      </w:tblPr>
      <w:tblGrid>
        <w:gridCol w:w="1100"/>
        <w:gridCol w:w="6960"/>
        <w:gridCol w:w="1300"/>
      </w:tblGrid>
      <w:tr w:rsidR="00E30E19" w14:paraId="65C1DB01" w14:textId="77777777">
        <w:trPr>
          <w:tblHeader/>
          <w:jc w:val="center"/>
        </w:trPr>
        <w:tc>
          <w:tcPr>
            <w:tcW w:w="1100" w:type="dxa"/>
            <w:shd w:val="clear" w:color="auto" w:fill="235B3A"/>
            <w:tcMar>
              <w:top w:w="130" w:type="dxa"/>
              <w:left w:w="140" w:type="dxa"/>
              <w:bottom w:w="130" w:type="dxa"/>
              <w:right w:w="140" w:type="dxa"/>
            </w:tcMar>
            <w:vAlign w:val="center"/>
          </w:tcPr>
          <w:p w14:paraId="4708136F" w14:textId="77777777" w:rsidR="00E30E19" w:rsidRDefault="00000000">
            <w:r>
              <w:rPr>
                <w:b/>
                <w:color w:val="FFFFFF"/>
                <w:sz w:val="18"/>
              </w:rPr>
              <w:t>ID</w:t>
            </w:r>
          </w:p>
        </w:tc>
        <w:tc>
          <w:tcPr>
            <w:tcW w:w="6960" w:type="dxa"/>
            <w:shd w:val="clear" w:color="auto" w:fill="235B3A"/>
            <w:tcMar>
              <w:top w:w="130" w:type="dxa"/>
              <w:left w:w="140" w:type="dxa"/>
              <w:bottom w:w="130" w:type="dxa"/>
              <w:right w:w="140" w:type="dxa"/>
            </w:tcMar>
            <w:vAlign w:val="center"/>
          </w:tcPr>
          <w:p w14:paraId="1BDE61E5" w14:textId="77777777" w:rsidR="00E30E19" w:rsidRDefault="00000000">
            <w:r>
              <w:rPr>
                <w:b/>
                <w:color w:val="FFFFFF"/>
                <w:sz w:val="18"/>
              </w:rPr>
              <w:t>Krav</w:t>
            </w:r>
          </w:p>
        </w:tc>
        <w:tc>
          <w:tcPr>
            <w:tcW w:w="1300" w:type="dxa"/>
            <w:shd w:val="clear" w:color="auto" w:fill="235B3A"/>
            <w:tcMar>
              <w:top w:w="130" w:type="dxa"/>
              <w:left w:w="140" w:type="dxa"/>
              <w:bottom w:w="130" w:type="dxa"/>
              <w:right w:w="140" w:type="dxa"/>
            </w:tcMar>
            <w:vAlign w:val="center"/>
          </w:tcPr>
          <w:p w14:paraId="3D5E4D22" w14:textId="77777777" w:rsidR="00E30E19" w:rsidRDefault="00000000">
            <w:r>
              <w:rPr>
                <w:b/>
                <w:color w:val="FFFFFF"/>
                <w:sz w:val="18"/>
              </w:rPr>
              <w:t>Prioritet</w:t>
            </w:r>
          </w:p>
        </w:tc>
      </w:tr>
      <w:tr w:rsidR="00E30E19" w14:paraId="38305100" w14:textId="77777777">
        <w:trPr>
          <w:jc w:val="center"/>
        </w:trPr>
        <w:tc>
          <w:tcPr>
            <w:tcW w:w="1100" w:type="dxa"/>
            <w:tcMar>
              <w:top w:w="120" w:type="dxa"/>
              <w:left w:w="140" w:type="dxa"/>
              <w:bottom w:w="120" w:type="dxa"/>
              <w:right w:w="140" w:type="dxa"/>
            </w:tcMar>
            <w:vAlign w:val="center"/>
          </w:tcPr>
          <w:p w14:paraId="58FBA468" w14:textId="77777777" w:rsidR="00E30E19" w:rsidRDefault="00000000">
            <w:pPr>
              <w:spacing w:after="0"/>
            </w:pPr>
            <w:r>
              <w:rPr>
                <w:sz w:val="18"/>
              </w:rPr>
              <w:t>FR-01</w:t>
            </w:r>
          </w:p>
        </w:tc>
        <w:tc>
          <w:tcPr>
            <w:tcW w:w="6960" w:type="dxa"/>
            <w:tcMar>
              <w:top w:w="120" w:type="dxa"/>
              <w:left w:w="140" w:type="dxa"/>
              <w:bottom w:w="120" w:type="dxa"/>
              <w:right w:w="140" w:type="dxa"/>
            </w:tcMar>
            <w:vAlign w:val="center"/>
          </w:tcPr>
          <w:p w14:paraId="48DF0AF7" w14:textId="77777777" w:rsidR="00E30E19" w:rsidRDefault="00000000">
            <w:pPr>
              <w:spacing w:after="0"/>
            </w:pPr>
            <w:r>
              <w:rPr>
                <w:sz w:val="18"/>
              </w:rPr>
              <w:t>Appen skal vise næste relevante aktivitet ud fra tid, sted og personlig plan.</w:t>
            </w:r>
          </w:p>
        </w:tc>
        <w:tc>
          <w:tcPr>
            <w:tcW w:w="1300" w:type="dxa"/>
            <w:tcMar>
              <w:top w:w="120" w:type="dxa"/>
              <w:left w:w="140" w:type="dxa"/>
              <w:bottom w:w="120" w:type="dxa"/>
              <w:right w:w="140" w:type="dxa"/>
            </w:tcMar>
            <w:vAlign w:val="center"/>
          </w:tcPr>
          <w:p w14:paraId="2FB46FC3" w14:textId="77777777" w:rsidR="00E30E19" w:rsidRDefault="00000000">
            <w:pPr>
              <w:spacing w:after="0"/>
            </w:pPr>
            <w:r>
              <w:rPr>
                <w:sz w:val="18"/>
              </w:rPr>
              <w:t>Must</w:t>
            </w:r>
          </w:p>
        </w:tc>
      </w:tr>
      <w:tr w:rsidR="00E30E19" w14:paraId="301821E9" w14:textId="77777777">
        <w:trPr>
          <w:jc w:val="center"/>
        </w:trPr>
        <w:tc>
          <w:tcPr>
            <w:tcW w:w="1100" w:type="dxa"/>
            <w:shd w:val="clear" w:color="auto" w:fill="F6F8F6"/>
            <w:tcMar>
              <w:top w:w="120" w:type="dxa"/>
              <w:left w:w="140" w:type="dxa"/>
              <w:bottom w:w="120" w:type="dxa"/>
              <w:right w:w="140" w:type="dxa"/>
            </w:tcMar>
            <w:vAlign w:val="center"/>
          </w:tcPr>
          <w:p w14:paraId="30A03994" w14:textId="77777777" w:rsidR="00E30E19" w:rsidRDefault="00000000">
            <w:pPr>
              <w:spacing w:after="0"/>
            </w:pPr>
            <w:r>
              <w:rPr>
                <w:sz w:val="18"/>
              </w:rPr>
              <w:t>FR-02</w:t>
            </w:r>
          </w:p>
        </w:tc>
        <w:tc>
          <w:tcPr>
            <w:tcW w:w="6960" w:type="dxa"/>
            <w:shd w:val="clear" w:color="auto" w:fill="F6F8F6"/>
            <w:tcMar>
              <w:top w:w="120" w:type="dxa"/>
              <w:left w:w="140" w:type="dxa"/>
              <w:bottom w:w="120" w:type="dxa"/>
              <w:right w:w="140" w:type="dxa"/>
            </w:tcMar>
            <w:vAlign w:val="center"/>
          </w:tcPr>
          <w:p w14:paraId="0DCDAEAC" w14:textId="77777777" w:rsidR="00E30E19" w:rsidRDefault="00000000">
            <w:pPr>
              <w:spacing w:after="0"/>
            </w:pPr>
            <w:r>
              <w:rPr>
                <w:sz w:val="18"/>
              </w:rPr>
              <w:t>Brugeren skal kunne se egen position og få en gangrute til alle steder.</w:t>
            </w:r>
          </w:p>
        </w:tc>
        <w:tc>
          <w:tcPr>
            <w:tcW w:w="1300" w:type="dxa"/>
            <w:shd w:val="clear" w:color="auto" w:fill="F6F8F6"/>
            <w:tcMar>
              <w:top w:w="120" w:type="dxa"/>
              <w:left w:w="140" w:type="dxa"/>
              <w:bottom w:w="120" w:type="dxa"/>
              <w:right w:w="140" w:type="dxa"/>
            </w:tcMar>
            <w:vAlign w:val="center"/>
          </w:tcPr>
          <w:p w14:paraId="26B2B009" w14:textId="77777777" w:rsidR="00E30E19" w:rsidRDefault="00000000">
            <w:pPr>
              <w:spacing w:after="0"/>
            </w:pPr>
            <w:r>
              <w:rPr>
                <w:sz w:val="18"/>
              </w:rPr>
              <w:t>Must</w:t>
            </w:r>
          </w:p>
        </w:tc>
      </w:tr>
      <w:tr w:rsidR="00E30E19" w14:paraId="419BC6A7" w14:textId="77777777">
        <w:trPr>
          <w:jc w:val="center"/>
        </w:trPr>
        <w:tc>
          <w:tcPr>
            <w:tcW w:w="1100" w:type="dxa"/>
            <w:tcMar>
              <w:top w:w="120" w:type="dxa"/>
              <w:left w:w="140" w:type="dxa"/>
              <w:bottom w:w="120" w:type="dxa"/>
              <w:right w:w="140" w:type="dxa"/>
            </w:tcMar>
            <w:vAlign w:val="center"/>
          </w:tcPr>
          <w:p w14:paraId="28D9BCEA" w14:textId="77777777" w:rsidR="00E30E19" w:rsidRDefault="00000000">
            <w:pPr>
              <w:spacing w:after="0"/>
            </w:pPr>
            <w:r>
              <w:rPr>
                <w:sz w:val="18"/>
              </w:rPr>
              <w:lastRenderedPageBreak/>
              <w:t>FR-03</w:t>
            </w:r>
          </w:p>
        </w:tc>
        <w:tc>
          <w:tcPr>
            <w:tcW w:w="6960" w:type="dxa"/>
            <w:tcMar>
              <w:top w:w="120" w:type="dxa"/>
              <w:left w:w="140" w:type="dxa"/>
              <w:bottom w:w="120" w:type="dxa"/>
              <w:right w:w="140" w:type="dxa"/>
            </w:tcMar>
            <w:vAlign w:val="center"/>
          </w:tcPr>
          <w:p w14:paraId="44312B9C" w14:textId="77777777" w:rsidR="00E30E19" w:rsidRDefault="00000000">
            <w:pPr>
              <w:spacing w:after="0"/>
            </w:pPr>
            <w:r>
              <w:rPr>
                <w:sz w:val="18"/>
              </w:rPr>
              <w:t>Program, åbningstider og personlig plan skal være separate datatyper og visningslag.</w:t>
            </w:r>
          </w:p>
        </w:tc>
        <w:tc>
          <w:tcPr>
            <w:tcW w:w="1300" w:type="dxa"/>
            <w:tcMar>
              <w:top w:w="120" w:type="dxa"/>
              <w:left w:w="140" w:type="dxa"/>
              <w:bottom w:w="120" w:type="dxa"/>
              <w:right w:w="140" w:type="dxa"/>
            </w:tcMar>
            <w:vAlign w:val="center"/>
          </w:tcPr>
          <w:p w14:paraId="2D62C7E7" w14:textId="77777777" w:rsidR="00E30E19" w:rsidRDefault="00000000">
            <w:pPr>
              <w:spacing w:after="0"/>
            </w:pPr>
            <w:r>
              <w:rPr>
                <w:sz w:val="18"/>
              </w:rPr>
              <w:t>Must</w:t>
            </w:r>
          </w:p>
        </w:tc>
      </w:tr>
      <w:tr w:rsidR="00E30E19" w14:paraId="1DC61C45" w14:textId="77777777">
        <w:trPr>
          <w:jc w:val="center"/>
        </w:trPr>
        <w:tc>
          <w:tcPr>
            <w:tcW w:w="1100" w:type="dxa"/>
            <w:shd w:val="clear" w:color="auto" w:fill="F6F8F6"/>
            <w:tcMar>
              <w:top w:w="120" w:type="dxa"/>
              <w:left w:w="140" w:type="dxa"/>
              <w:bottom w:w="120" w:type="dxa"/>
              <w:right w:w="140" w:type="dxa"/>
            </w:tcMar>
            <w:vAlign w:val="center"/>
          </w:tcPr>
          <w:p w14:paraId="1020D76D" w14:textId="77777777" w:rsidR="00E30E19" w:rsidRDefault="00000000">
            <w:pPr>
              <w:spacing w:after="0"/>
            </w:pPr>
            <w:r>
              <w:rPr>
                <w:sz w:val="18"/>
              </w:rPr>
              <w:t>FR-04</w:t>
            </w:r>
          </w:p>
        </w:tc>
        <w:tc>
          <w:tcPr>
            <w:tcW w:w="6960" w:type="dxa"/>
            <w:shd w:val="clear" w:color="auto" w:fill="F6F8F6"/>
            <w:tcMar>
              <w:top w:w="120" w:type="dxa"/>
              <w:left w:w="140" w:type="dxa"/>
              <w:bottom w:w="120" w:type="dxa"/>
              <w:right w:w="140" w:type="dxa"/>
            </w:tcMar>
            <w:vAlign w:val="center"/>
          </w:tcPr>
          <w:p w14:paraId="56F53382" w14:textId="77777777" w:rsidR="00E30E19" w:rsidRDefault="00000000">
            <w:pPr>
              <w:spacing w:after="0"/>
            </w:pPr>
            <w:r>
              <w:rPr>
                <w:sz w:val="18"/>
              </w:rPr>
              <w:t>Shows skal kunne gemmes, udløse reminder og åbne rute.</w:t>
            </w:r>
          </w:p>
        </w:tc>
        <w:tc>
          <w:tcPr>
            <w:tcW w:w="1300" w:type="dxa"/>
            <w:shd w:val="clear" w:color="auto" w:fill="F6F8F6"/>
            <w:tcMar>
              <w:top w:w="120" w:type="dxa"/>
              <w:left w:w="140" w:type="dxa"/>
              <w:bottom w:w="120" w:type="dxa"/>
              <w:right w:w="140" w:type="dxa"/>
            </w:tcMar>
            <w:vAlign w:val="center"/>
          </w:tcPr>
          <w:p w14:paraId="17C5E3F0" w14:textId="77777777" w:rsidR="00E30E19" w:rsidRDefault="00000000">
            <w:pPr>
              <w:spacing w:after="0"/>
            </w:pPr>
            <w:r>
              <w:rPr>
                <w:sz w:val="18"/>
              </w:rPr>
              <w:t>Must</w:t>
            </w:r>
          </w:p>
        </w:tc>
      </w:tr>
      <w:tr w:rsidR="00E30E19" w14:paraId="43A49DEB" w14:textId="77777777">
        <w:trPr>
          <w:jc w:val="center"/>
        </w:trPr>
        <w:tc>
          <w:tcPr>
            <w:tcW w:w="1100" w:type="dxa"/>
            <w:tcMar>
              <w:top w:w="120" w:type="dxa"/>
              <w:left w:w="140" w:type="dxa"/>
              <w:bottom w:w="120" w:type="dxa"/>
              <w:right w:w="140" w:type="dxa"/>
            </w:tcMar>
            <w:vAlign w:val="center"/>
          </w:tcPr>
          <w:p w14:paraId="543751BD" w14:textId="77777777" w:rsidR="00E30E19" w:rsidRDefault="00000000">
            <w:pPr>
              <w:spacing w:after="0"/>
            </w:pPr>
            <w:r>
              <w:rPr>
                <w:sz w:val="18"/>
              </w:rPr>
              <w:t>FR-05</w:t>
            </w:r>
          </w:p>
        </w:tc>
        <w:tc>
          <w:tcPr>
            <w:tcW w:w="6960" w:type="dxa"/>
            <w:tcMar>
              <w:top w:w="120" w:type="dxa"/>
              <w:left w:w="140" w:type="dxa"/>
              <w:bottom w:w="120" w:type="dxa"/>
              <w:right w:w="140" w:type="dxa"/>
            </w:tcMar>
            <w:vAlign w:val="center"/>
          </w:tcPr>
          <w:p w14:paraId="6947B538" w14:textId="77777777" w:rsidR="00E30E19" w:rsidRDefault="00000000">
            <w:pPr>
              <w:spacing w:after="0"/>
            </w:pPr>
            <w:r>
              <w:rPr>
                <w:sz w:val="18"/>
              </w:rPr>
              <w:t>Aktivt ophold skal automatisk aktivere relevant opholdstilstand.</w:t>
            </w:r>
          </w:p>
        </w:tc>
        <w:tc>
          <w:tcPr>
            <w:tcW w:w="1300" w:type="dxa"/>
            <w:tcMar>
              <w:top w:w="120" w:type="dxa"/>
              <w:left w:w="140" w:type="dxa"/>
              <w:bottom w:w="120" w:type="dxa"/>
              <w:right w:w="140" w:type="dxa"/>
            </w:tcMar>
            <w:vAlign w:val="center"/>
          </w:tcPr>
          <w:p w14:paraId="7F002551" w14:textId="77777777" w:rsidR="00E30E19" w:rsidRDefault="00000000">
            <w:pPr>
              <w:spacing w:after="0"/>
            </w:pPr>
            <w:r>
              <w:rPr>
                <w:sz w:val="18"/>
              </w:rPr>
              <w:t>Must</w:t>
            </w:r>
          </w:p>
        </w:tc>
      </w:tr>
      <w:tr w:rsidR="00E30E19" w14:paraId="47530F19" w14:textId="77777777">
        <w:trPr>
          <w:jc w:val="center"/>
        </w:trPr>
        <w:tc>
          <w:tcPr>
            <w:tcW w:w="1100" w:type="dxa"/>
            <w:shd w:val="clear" w:color="auto" w:fill="F6F8F6"/>
            <w:tcMar>
              <w:top w:w="120" w:type="dxa"/>
              <w:left w:w="140" w:type="dxa"/>
              <w:bottom w:w="120" w:type="dxa"/>
              <w:right w:w="140" w:type="dxa"/>
            </w:tcMar>
            <w:vAlign w:val="center"/>
          </w:tcPr>
          <w:p w14:paraId="1D4B2633" w14:textId="77777777" w:rsidR="00E30E19" w:rsidRDefault="00000000">
            <w:pPr>
              <w:spacing w:after="0"/>
            </w:pPr>
            <w:r>
              <w:rPr>
                <w:sz w:val="18"/>
              </w:rPr>
              <w:t>FR-06</w:t>
            </w:r>
          </w:p>
        </w:tc>
        <w:tc>
          <w:tcPr>
            <w:tcW w:w="6960" w:type="dxa"/>
            <w:shd w:val="clear" w:color="auto" w:fill="F6F8F6"/>
            <w:tcMar>
              <w:top w:w="120" w:type="dxa"/>
              <w:left w:w="140" w:type="dxa"/>
              <w:bottom w:w="120" w:type="dxa"/>
              <w:right w:w="140" w:type="dxa"/>
            </w:tcMar>
            <w:vAlign w:val="center"/>
          </w:tcPr>
          <w:p w14:paraId="67054698" w14:textId="77777777" w:rsidR="00E30E19" w:rsidRDefault="00000000">
            <w:pPr>
              <w:spacing w:after="0"/>
            </w:pPr>
            <w:r>
              <w:rPr>
                <w:sz w:val="18"/>
              </w:rPr>
              <w:t>Søgning skal returnere direkte svar og handlingsknapper.</w:t>
            </w:r>
          </w:p>
        </w:tc>
        <w:tc>
          <w:tcPr>
            <w:tcW w:w="1300" w:type="dxa"/>
            <w:shd w:val="clear" w:color="auto" w:fill="F6F8F6"/>
            <w:tcMar>
              <w:top w:w="120" w:type="dxa"/>
              <w:left w:w="140" w:type="dxa"/>
              <w:bottom w:w="120" w:type="dxa"/>
              <w:right w:w="140" w:type="dxa"/>
            </w:tcMar>
            <w:vAlign w:val="center"/>
          </w:tcPr>
          <w:p w14:paraId="50722DC7" w14:textId="77777777" w:rsidR="00E30E19" w:rsidRDefault="00000000">
            <w:pPr>
              <w:spacing w:after="0"/>
            </w:pPr>
            <w:r>
              <w:rPr>
                <w:sz w:val="18"/>
              </w:rPr>
              <w:t>Must</w:t>
            </w:r>
          </w:p>
        </w:tc>
      </w:tr>
      <w:tr w:rsidR="00E30E19" w14:paraId="18FC1189" w14:textId="77777777">
        <w:trPr>
          <w:jc w:val="center"/>
        </w:trPr>
        <w:tc>
          <w:tcPr>
            <w:tcW w:w="1100" w:type="dxa"/>
            <w:tcMar>
              <w:top w:w="120" w:type="dxa"/>
              <w:left w:w="140" w:type="dxa"/>
              <w:bottom w:w="120" w:type="dxa"/>
              <w:right w:w="140" w:type="dxa"/>
            </w:tcMar>
            <w:vAlign w:val="center"/>
          </w:tcPr>
          <w:p w14:paraId="587709D2" w14:textId="77777777" w:rsidR="00E30E19" w:rsidRDefault="00000000">
            <w:pPr>
              <w:spacing w:after="0"/>
            </w:pPr>
            <w:r>
              <w:rPr>
                <w:sz w:val="18"/>
              </w:rPr>
              <w:t>FR-07</w:t>
            </w:r>
          </w:p>
        </w:tc>
        <w:tc>
          <w:tcPr>
            <w:tcW w:w="6960" w:type="dxa"/>
            <w:tcMar>
              <w:top w:w="120" w:type="dxa"/>
              <w:left w:w="140" w:type="dxa"/>
              <w:bottom w:w="120" w:type="dxa"/>
              <w:right w:w="140" w:type="dxa"/>
            </w:tcMar>
            <w:vAlign w:val="center"/>
          </w:tcPr>
          <w:p w14:paraId="69C0B206" w14:textId="77777777" w:rsidR="00E30E19" w:rsidRDefault="00000000">
            <w:pPr>
              <w:spacing w:after="0"/>
            </w:pPr>
            <w:r>
              <w:rPr>
                <w:sz w:val="18"/>
              </w:rPr>
              <w:t>Aktiviteter skal kunne knyttes til deltagere.</w:t>
            </w:r>
          </w:p>
        </w:tc>
        <w:tc>
          <w:tcPr>
            <w:tcW w:w="1300" w:type="dxa"/>
            <w:tcMar>
              <w:top w:w="120" w:type="dxa"/>
              <w:left w:w="140" w:type="dxa"/>
              <w:bottom w:w="120" w:type="dxa"/>
              <w:right w:w="140" w:type="dxa"/>
            </w:tcMar>
            <w:vAlign w:val="center"/>
          </w:tcPr>
          <w:p w14:paraId="207A903C" w14:textId="77777777" w:rsidR="00E30E19" w:rsidRDefault="00000000">
            <w:pPr>
              <w:spacing w:after="0"/>
            </w:pPr>
            <w:r>
              <w:rPr>
                <w:sz w:val="18"/>
              </w:rPr>
              <w:t>Should</w:t>
            </w:r>
          </w:p>
        </w:tc>
      </w:tr>
      <w:tr w:rsidR="00E30E19" w14:paraId="64AB11EB" w14:textId="77777777">
        <w:trPr>
          <w:jc w:val="center"/>
        </w:trPr>
        <w:tc>
          <w:tcPr>
            <w:tcW w:w="1100" w:type="dxa"/>
            <w:shd w:val="clear" w:color="auto" w:fill="F6F8F6"/>
            <w:tcMar>
              <w:top w:w="120" w:type="dxa"/>
              <w:left w:w="140" w:type="dxa"/>
              <w:bottom w:w="120" w:type="dxa"/>
              <w:right w:w="140" w:type="dxa"/>
            </w:tcMar>
            <w:vAlign w:val="center"/>
          </w:tcPr>
          <w:p w14:paraId="1939700A" w14:textId="77777777" w:rsidR="00E30E19" w:rsidRDefault="00000000">
            <w:pPr>
              <w:spacing w:after="0"/>
            </w:pPr>
            <w:r>
              <w:rPr>
                <w:sz w:val="18"/>
              </w:rPr>
              <w:t>FR-08</w:t>
            </w:r>
          </w:p>
        </w:tc>
        <w:tc>
          <w:tcPr>
            <w:tcW w:w="6960" w:type="dxa"/>
            <w:shd w:val="clear" w:color="auto" w:fill="F6F8F6"/>
            <w:tcMar>
              <w:top w:w="120" w:type="dxa"/>
              <w:left w:w="140" w:type="dxa"/>
              <w:bottom w:w="120" w:type="dxa"/>
              <w:right w:w="140" w:type="dxa"/>
            </w:tcMar>
            <w:vAlign w:val="center"/>
          </w:tcPr>
          <w:p w14:paraId="4B8BFD1C" w14:textId="77777777" w:rsidR="00E30E19" w:rsidRDefault="00000000">
            <w:pPr>
              <w:spacing w:after="0"/>
            </w:pPr>
            <w:r>
              <w:rPr>
                <w:sz w:val="18"/>
              </w:rPr>
              <w:t>Appen skal kunne eksportere aktiviteter til kalender.</w:t>
            </w:r>
          </w:p>
        </w:tc>
        <w:tc>
          <w:tcPr>
            <w:tcW w:w="1300" w:type="dxa"/>
            <w:shd w:val="clear" w:color="auto" w:fill="F6F8F6"/>
            <w:tcMar>
              <w:top w:w="120" w:type="dxa"/>
              <w:left w:w="140" w:type="dxa"/>
              <w:bottom w:w="120" w:type="dxa"/>
              <w:right w:w="140" w:type="dxa"/>
            </w:tcMar>
            <w:vAlign w:val="center"/>
          </w:tcPr>
          <w:p w14:paraId="5479EDF7" w14:textId="77777777" w:rsidR="00E30E19" w:rsidRDefault="00000000">
            <w:pPr>
              <w:spacing w:after="0"/>
            </w:pPr>
            <w:r>
              <w:rPr>
                <w:sz w:val="18"/>
              </w:rPr>
              <w:t>Should</w:t>
            </w:r>
          </w:p>
        </w:tc>
      </w:tr>
      <w:tr w:rsidR="00E30E19" w14:paraId="57AF6B93" w14:textId="77777777">
        <w:trPr>
          <w:jc w:val="center"/>
        </w:trPr>
        <w:tc>
          <w:tcPr>
            <w:tcW w:w="1100" w:type="dxa"/>
            <w:tcMar>
              <w:top w:w="120" w:type="dxa"/>
              <w:left w:w="140" w:type="dxa"/>
              <w:bottom w:w="120" w:type="dxa"/>
              <w:right w:w="140" w:type="dxa"/>
            </w:tcMar>
            <w:vAlign w:val="center"/>
          </w:tcPr>
          <w:p w14:paraId="11DB4183" w14:textId="77777777" w:rsidR="00E30E19" w:rsidRDefault="00000000">
            <w:pPr>
              <w:spacing w:after="0"/>
            </w:pPr>
            <w:r>
              <w:rPr>
                <w:sz w:val="18"/>
              </w:rPr>
              <w:t>FR-09</w:t>
            </w:r>
          </w:p>
        </w:tc>
        <w:tc>
          <w:tcPr>
            <w:tcW w:w="6960" w:type="dxa"/>
            <w:tcMar>
              <w:top w:w="120" w:type="dxa"/>
              <w:left w:w="140" w:type="dxa"/>
              <w:bottom w:w="120" w:type="dxa"/>
              <w:right w:w="140" w:type="dxa"/>
            </w:tcMar>
            <w:vAlign w:val="center"/>
          </w:tcPr>
          <w:p w14:paraId="236CE99A" w14:textId="77777777" w:rsidR="00E30E19" w:rsidRDefault="00000000">
            <w:pPr>
              <w:spacing w:after="0"/>
            </w:pPr>
            <w:r>
              <w:rPr>
                <w:sz w:val="18"/>
              </w:rPr>
              <w:t>Mad skal kunne filtreres og bestilles uden PDF-flow.</w:t>
            </w:r>
          </w:p>
        </w:tc>
        <w:tc>
          <w:tcPr>
            <w:tcW w:w="1300" w:type="dxa"/>
            <w:tcMar>
              <w:top w:w="120" w:type="dxa"/>
              <w:left w:w="140" w:type="dxa"/>
              <w:bottom w:w="120" w:type="dxa"/>
              <w:right w:w="140" w:type="dxa"/>
            </w:tcMar>
            <w:vAlign w:val="center"/>
          </w:tcPr>
          <w:p w14:paraId="244A7677" w14:textId="77777777" w:rsidR="00E30E19" w:rsidRDefault="00000000">
            <w:pPr>
              <w:spacing w:after="0"/>
            </w:pPr>
            <w:r>
              <w:rPr>
                <w:sz w:val="18"/>
              </w:rPr>
              <w:t>Should</w:t>
            </w:r>
          </w:p>
        </w:tc>
      </w:tr>
      <w:tr w:rsidR="00E30E19" w14:paraId="20D66A32" w14:textId="77777777">
        <w:trPr>
          <w:jc w:val="center"/>
        </w:trPr>
        <w:tc>
          <w:tcPr>
            <w:tcW w:w="1100" w:type="dxa"/>
            <w:shd w:val="clear" w:color="auto" w:fill="F6F8F6"/>
            <w:tcMar>
              <w:top w:w="120" w:type="dxa"/>
              <w:left w:w="140" w:type="dxa"/>
              <w:bottom w:w="120" w:type="dxa"/>
              <w:right w:w="140" w:type="dxa"/>
            </w:tcMar>
            <w:vAlign w:val="center"/>
          </w:tcPr>
          <w:p w14:paraId="7FBED704" w14:textId="77777777" w:rsidR="00E30E19" w:rsidRDefault="00000000">
            <w:pPr>
              <w:spacing w:after="0"/>
            </w:pPr>
            <w:r>
              <w:rPr>
                <w:sz w:val="18"/>
              </w:rPr>
              <w:t>FR-10</w:t>
            </w:r>
          </w:p>
        </w:tc>
        <w:tc>
          <w:tcPr>
            <w:tcW w:w="6960" w:type="dxa"/>
            <w:shd w:val="clear" w:color="auto" w:fill="F6F8F6"/>
            <w:tcMar>
              <w:top w:w="120" w:type="dxa"/>
              <w:left w:w="140" w:type="dxa"/>
              <w:bottom w:w="120" w:type="dxa"/>
              <w:right w:w="140" w:type="dxa"/>
            </w:tcMar>
            <w:vAlign w:val="center"/>
          </w:tcPr>
          <w:p w14:paraId="574BB4E1" w14:textId="77777777" w:rsidR="00E30E19" w:rsidRDefault="00000000">
            <w:pPr>
              <w:spacing w:after="0"/>
            </w:pPr>
            <w:r>
              <w:rPr>
                <w:sz w:val="18"/>
              </w:rPr>
              <w:t>Brugeren skal kunne gemme parkering og navigere til hjemmebase.</w:t>
            </w:r>
          </w:p>
        </w:tc>
        <w:tc>
          <w:tcPr>
            <w:tcW w:w="1300" w:type="dxa"/>
            <w:shd w:val="clear" w:color="auto" w:fill="F6F8F6"/>
            <w:tcMar>
              <w:top w:w="120" w:type="dxa"/>
              <w:left w:w="140" w:type="dxa"/>
              <w:bottom w:w="120" w:type="dxa"/>
              <w:right w:w="140" w:type="dxa"/>
            </w:tcMar>
            <w:vAlign w:val="center"/>
          </w:tcPr>
          <w:p w14:paraId="0E670278" w14:textId="77777777" w:rsidR="00E30E19" w:rsidRDefault="00000000">
            <w:pPr>
              <w:spacing w:after="0"/>
            </w:pPr>
            <w:r>
              <w:rPr>
                <w:sz w:val="18"/>
              </w:rPr>
              <w:t>Should</w:t>
            </w:r>
          </w:p>
        </w:tc>
      </w:tr>
      <w:tr w:rsidR="00E30E19" w14:paraId="7252F2ED" w14:textId="77777777">
        <w:trPr>
          <w:jc w:val="center"/>
        </w:trPr>
        <w:tc>
          <w:tcPr>
            <w:tcW w:w="1100" w:type="dxa"/>
            <w:tcMar>
              <w:top w:w="120" w:type="dxa"/>
              <w:left w:w="140" w:type="dxa"/>
              <w:bottom w:w="120" w:type="dxa"/>
              <w:right w:w="140" w:type="dxa"/>
            </w:tcMar>
            <w:vAlign w:val="center"/>
          </w:tcPr>
          <w:p w14:paraId="5CB4C745" w14:textId="77777777" w:rsidR="00E30E19" w:rsidRDefault="00000000">
            <w:pPr>
              <w:spacing w:after="0"/>
            </w:pPr>
            <w:r>
              <w:rPr>
                <w:sz w:val="18"/>
              </w:rPr>
              <w:t>FR-11</w:t>
            </w:r>
          </w:p>
        </w:tc>
        <w:tc>
          <w:tcPr>
            <w:tcW w:w="6960" w:type="dxa"/>
            <w:tcMar>
              <w:top w:w="120" w:type="dxa"/>
              <w:left w:w="140" w:type="dxa"/>
              <w:bottom w:w="120" w:type="dxa"/>
              <w:right w:w="140" w:type="dxa"/>
            </w:tcMar>
            <w:vAlign w:val="center"/>
          </w:tcPr>
          <w:p w14:paraId="1E4D8A5E" w14:textId="77777777" w:rsidR="00E30E19" w:rsidRDefault="00000000">
            <w:pPr>
              <w:spacing w:after="0"/>
            </w:pPr>
            <w:r>
              <w:rPr>
                <w:sz w:val="18"/>
              </w:rPr>
              <w:t>Offline-cache skal dække grundkort, billetter og kritisk opholdsinfo.</w:t>
            </w:r>
          </w:p>
        </w:tc>
        <w:tc>
          <w:tcPr>
            <w:tcW w:w="1300" w:type="dxa"/>
            <w:tcMar>
              <w:top w:w="120" w:type="dxa"/>
              <w:left w:w="140" w:type="dxa"/>
              <w:bottom w:w="120" w:type="dxa"/>
              <w:right w:w="140" w:type="dxa"/>
            </w:tcMar>
            <w:vAlign w:val="center"/>
          </w:tcPr>
          <w:p w14:paraId="1FC20BFF" w14:textId="77777777" w:rsidR="00E30E19" w:rsidRDefault="00000000">
            <w:pPr>
              <w:spacing w:after="0"/>
            </w:pPr>
            <w:r>
              <w:rPr>
                <w:sz w:val="18"/>
              </w:rPr>
              <w:t>Should</w:t>
            </w:r>
          </w:p>
        </w:tc>
      </w:tr>
      <w:tr w:rsidR="00E30E19" w14:paraId="0E86C97A" w14:textId="77777777">
        <w:trPr>
          <w:jc w:val="center"/>
        </w:trPr>
        <w:tc>
          <w:tcPr>
            <w:tcW w:w="1100" w:type="dxa"/>
            <w:shd w:val="clear" w:color="auto" w:fill="F6F8F6"/>
            <w:tcMar>
              <w:top w:w="120" w:type="dxa"/>
              <w:left w:w="140" w:type="dxa"/>
              <w:bottom w:w="120" w:type="dxa"/>
              <w:right w:w="140" w:type="dxa"/>
            </w:tcMar>
            <w:vAlign w:val="center"/>
          </w:tcPr>
          <w:p w14:paraId="733E5E43" w14:textId="77777777" w:rsidR="00E30E19" w:rsidRDefault="00000000">
            <w:pPr>
              <w:spacing w:after="0"/>
            </w:pPr>
            <w:r>
              <w:rPr>
                <w:sz w:val="18"/>
              </w:rPr>
              <w:t>FR-12</w:t>
            </w:r>
          </w:p>
        </w:tc>
        <w:tc>
          <w:tcPr>
            <w:tcW w:w="6960" w:type="dxa"/>
            <w:shd w:val="clear" w:color="auto" w:fill="F6F8F6"/>
            <w:tcMar>
              <w:top w:w="120" w:type="dxa"/>
              <w:left w:w="140" w:type="dxa"/>
              <w:bottom w:w="120" w:type="dxa"/>
              <w:right w:w="140" w:type="dxa"/>
            </w:tcMar>
            <w:vAlign w:val="center"/>
          </w:tcPr>
          <w:p w14:paraId="3AB32D65" w14:textId="77777777" w:rsidR="00E30E19" w:rsidRDefault="00000000">
            <w:pPr>
              <w:spacing w:after="0"/>
            </w:pPr>
            <w:r>
              <w:rPr>
                <w:sz w:val="18"/>
              </w:rPr>
              <w:t>Digital nøgle og avanceret AI-planlægning kan tilføjes senere.</w:t>
            </w:r>
          </w:p>
        </w:tc>
        <w:tc>
          <w:tcPr>
            <w:tcW w:w="1300" w:type="dxa"/>
            <w:shd w:val="clear" w:color="auto" w:fill="F6F8F6"/>
            <w:tcMar>
              <w:top w:w="120" w:type="dxa"/>
              <w:left w:w="140" w:type="dxa"/>
              <w:bottom w:w="120" w:type="dxa"/>
              <w:right w:w="140" w:type="dxa"/>
            </w:tcMar>
            <w:vAlign w:val="center"/>
          </w:tcPr>
          <w:p w14:paraId="06E15BAE" w14:textId="77777777" w:rsidR="00E30E19" w:rsidRDefault="00000000">
            <w:pPr>
              <w:spacing w:after="0"/>
            </w:pPr>
            <w:r>
              <w:rPr>
                <w:sz w:val="18"/>
              </w:rPr>
              <w:t>Could</w:t>
            </w:r>
          </w:p>
        </w:tc>
      </w:tr>
    </w:tbl>
    <w:p w14:paraId="63EC07B0" w14:textId="77777777" w:rsidR="00E30E19" w:rsidRDefault="00E30E19">
      <w:pPr>
        <w:spacing w:after="20"/>
      </w:pPr>
    </w:p>
    <w:p w14:paraId="70EFD7E1" w14:textId="77777777" w:rsidR="00E30E19" w:rsidRDefault="00000000">
      <w:pPr>
        <w:pStyle w:val="Overskrift2"/>
      </w:pPr>
      <w:r>
        <w:t>Ikke-funktionelle krav</w:t>
      </w:r>
    </w:p>
    <w:p w14:paraId="3C39D6FD" w14:textId="77777777" w:rsidR="00E30E19" w:rsidRDefault="00000000">
      <w:pPr>
        <w:pStyle w:val="Opstilling-punkttegn"/>
        <w:keepLines/>
        <w:spacing w:after="40"/>
      </w:pPr>
      <w:r>
        <w:t>Hurtig åbning: kritisk startindhold bør være brugbart inden for få sekunder på almindelig mobilforbindelse.</w:t>
      </w:r>
    </w:p>
    <w:p w14:paraId="11F97251" w14:textId="77777777" w:rsidR="00E30E19" w:rsidRDefault="00000000">
      <w:pPr>
        <w:pStyle w:val="Opstilling-punkttegn"/>
        <w:keepLines/>
        <w:spacing w:after="40"/>
      </w:pPr>
      <w:r>
        <w:t>Driftssikker synkronisering og tydelig “sidst opdateret”-status ved liveinformation.</w:t>
      </w:r>
    </w:p>
    <w:p w14:paraId="29A34F11" w14:textId="77777777" w:rsidR="00E30E19" w:rsidRDefault="00000000">
      <w:pPr>
        <w:pStyle w:val="Opstilling-punkttegn"/>
        <w:keepLines/>
        <w:spacing w:after="40"/>
      </w:pPr>
      <w:r>
        <w:t>Tilgængelighed i overensstemmelse med WCAG 2.2 AA som designmål.</w:t>
      </w:r>
    </w:p>
    <w:p w14:paraId="791CF725" w14:textId="77777777" w:rsidR="00E30E19" w:rsidRDefault="00000000">
      <w:pPr>
        <w:pStyle w:val="Opstilling-punkttegn"/>
        <w:keepLines/>
        <w:spacing w:after="40"/>
      </w:pPr>
      <w:r>
        <w:t>Privatliv som standard: mindst mulig datamængde, kort opbevaring og præcise samtykker.</w:t>
      </w:r>
    </w:p>
    <w:p w14:paraId="67423A94" w14:textId="77777777" w:rsidR="00E30E19" w:rsidRDefault="00000000">
      <w:pPr>
        <w:pStyle w:val="Opstilling-punkttegn"/>
        <w:keepLines/>
        <w:spacing w:after="40"/>
      </w:pPr>
      <w:r>
        <w:t>Observability for booking-, billet-, kort- og notifikationsflows.</w:t>
      </w:r>
    </w:p>
    <w:p w14:paraId="72CE2E95" w14:textId="77777777" w:rsidR="00E30E19" w:rsidRDefault="00000000">
      <w:pPr>
        <w:pStyle w:val="Opstilling-punkttegn"/>
        <w:keepLines/>
        <w:spacing w:after="40"/>
      </w:pPr>
      <w:r>
        <w:t>Graceful degradation: appen skal forklare manglende GPS, netværk eller livedata og stadig tilbyde et alternativ.</w:t>
      </w:r>
    </w:p>
    <w:p w14:paraId="6ADDFCC4" w14:textId="77777777" w:rsidR="00E30E19" w:rsidRDefault="00000000">
      <w:pPr>
        <w:pStyle w:val="Overskrift1"/>
      </w:pPr>
      <w:r>
        <w:t>16. Informations- og datamodel</w:t>
      </w:r>
    </w:p>
    <w:tbl>
      <w:tblPr>
        <w:tblStyle w:val="Tabel-Gitter"/>
        <w:tblW w:w="0" w:type="auto"/>
        <w:jc w:val="center"/>
        <w:tblLayout w:type="fixed"/>
        <w:tblLook w:val="04A0" w:firstRow="1" w:lastRow="0" w:firstColumn="1" w:lastColumn="0" w:noHBand="0" w:noVBand="1"/>
      </w:tblPr>
      <w:tblGrid>
        <w:gridCol w:w="2100"/>
        <w:gridCol w:w="7260"/>
      </w:tblGrid>
      <w:tr w:rsidR="00E30E19" w14:paraId="6C3FD636" w14:textId="77777777">
        <w:trPr>
          <w:tblHeader/>
          <w:jc w:val="center"/>
        </w:trPr>
        <w:tc>
          <w:tcPr>
            <w:tcW w:w="2100" w:type="dxa"/>
            <w:shd w:val="clear" w:color="auto" w:fill="235B3A"/>
            <w:tcMar>
              <w:top w:w="130" w:type="dxa"/>
              <w:left w:w="140" w:type="dxa"/>
              <w:bottom w:w="130" w:type="dxa"/>
              <w:right w:w="140" w:type="dxa"/>
            </w:tcMar>
            <w:vAlign w:val="center"/>
          </w:tcPr>
          <w:p w14:paraId="6136E81B" w14:textId="77777777" w:rsidR="00E30E19" w:rsidRDefault="00000000">
            <w:r>
              <w:rPr>
                <w:b/>
                <w:color w:val="FFFFFF"/>
                <w:sz w:val="18"/>
              </w:rPr>
              <w:t>Entitet</w:t>
            </w:r>
          </w:p>
        </w:tc>
        <w:tc>
          <w:tcPr>
            <w:tcW w:w="7260" w:type="dxa"/>
            <w:shd w:val="clear" w:color="auto" w:fill="235B3A"/>
            <w:tcMar>
              <w:top w:w="130" w:type="dxa"/>
              <w:left w:w="140" w:type="dxa"/>
              <w:bottom w:w="130" w:type="dxa"/>
              <w:right w:w="140" w:type="dxa"/>
            </w:tcMar>
            <w:vAlign w:val="center"/>
          </w:tcPr>
          <w:p w14:paraId="12734C39" w14:textId="77777777" w:rsidR="00E30E19" w:rsidRDefault="00000000">
            <w:r>
              <w:rPr>
                <w:b/>
                <w:color w:val="FFFFFF"/>
                <w:sz w:val="18"/>
              </w:rPr>
              <w:t>Nøglefelter</w:t>
            </w:r>
          </w:p>
        </w:tc>
      </w:tr>
      <w:tr w:rsidR="00E30E19" w14:paraId="2FD47BA5" w14:textId="77777777">
        <w:trPr>
          <w:jc w:val="center"/>
        </w:trPr>
        <w:tc>
          <w:tcPr>
            <w:tcW w:w="2100" w:type="dxa"/>
            <w:tcMar>
              <w:top w:w="120" w:type="dxa"/>
              <w:left w:w="140" w:type="dxa"/>
              <w:bottom w:w="120" w:type="dxa"/>
              <w:right w:w="140" w:type="dxa"/>
            </w:tcMar>
            <w:vAlign w:val="center"/>
          </w:tcPr>
          <w:p w14:paraId="6809B599" w14:textId="77777777" w:rsidR="00E30E19" w:rsidRDefault="00000000">
            <w:pPr>
              <w:spacing w:after="0"/>
            </w:pPr>
            <w:r>
              <w:rPr>
                <w:sz w:val="18"/>
              </w:rPr>
              <w:t>Ophold</w:t>
            </w:r>
          </w:p>
        </w:tc>
        <w:tc>
          <w:tcPr>
            <w:tcW w:w="7260" w:type="dxa"/>
            <w:tcMar>
              <w:top w:w="120" w:type="dxa"/>
              <w:left w:w="140" w:type="dxa"/>
              <w:bottom w:w="120" w:type="dxa"/>
              <w:right w:w="140" w:type="dxa"/>
            </w:tcMar>
            <w:vAlign w:val="center"/>
          </w:tcPr>
          <w:p w14:paraId="5788A2A5" w14:textId="77777777" w:rsidR="00E30E19" w:rsidRDefault="00000000">
            <w:pPr>
              <w:spacing w:after="0"/>
            </w:pPr>
            <w:r>
              <w:rPr>
                <w:sz w:val="18"/>
              </w:rPr>
              <w:t>Booking-id, periode, enhed, hjemmebase, status, inkluderede ydelser.</w:t>
            </w:r>
          </w:p>
        </w:tc>
      </w:tr>
      <w:tr w:rsidR="00E30E19" w14:paraId="79159604" w14:textId="77777777">
        <w:trPr>
          <w:jc w:val="center"/>
        </w:trPr>
        <w:tc>
          <w:tcPr>
            <w:tcW w:w="2100" w:type="dxa"/>
            <w:shd w:val="clear" w:color="auto" w:fill="F6F8F6"/>
            <w:tcMar>
              <w:top w:w="120" w:type="dxa"/>
              <w:left w:w="140" w:type="dxa"/>
              <w:bottom w:w="120" w:type="dxa"/>
              <w:right w:w="140" w:type="dxa"/>
            </w:tcMar>
            <w:vAlign w:val="center"/>
          </w:tcPr>
          <w:p w14:paraId="05982B68" w14:textId="77777777" w:rsidR="00E30E19" w:rsidRDefault="00000000">
            <w:pPr>
              <w:spacing w:after="0"/>
            </w:pPr>
            <w:r>
              <w:rPr>
                <w:sz w:val="18"/>
              </w:rPr>
              <w:t>Person/deltager</w:t>
            </w:r>
          </w:p>
        </w:tc>
        <w:tc>
          <w:tcPr>
            <w:tcW w:w="7260" w:type="dxa"/>
            <w:shd w:val="clear" w:color="auto" w:fill="F6F8F6"/>
            <w:tcMar>
              <w:top w:w="120" w:type="dxa"/>
              <w:left w:w="140" w:type="dxa"/>
              <w:bottom w:w="120" w:type="dxa"/>
              <w:right w:w="140" w:type="dxa"/>
            </w:tcMar>
            <w:vAlign w:val="center"/>
          </w:tcPr>
          <w:p w14:paraId="39C5ECAE" w14:textId="77777777" w:rsidR="00E30E19" w:rsidRDefault="00000000">
            <w:pPr>
              <w:spacing w:after="0"/>
            </w:pPr>
            <w:r>
              <w:rPr>
                <w:sz w:val="18"/>
              </w:rPr>
              <w:t>Id, kaldenavn, alders-/højdeinterval, præferencer, rolle.</w:t>
            </w:r>
          </w:p>
        </w:tc>
      </w:tr>
      <w:tr w:rsidR="00E30E19" w14:paraId="4BAB1D5A" w14:textId="77777777">
        <w:trPr>
          <w:jc w:val="center"/>
        </w:trPr>
        <w:tc>
          <w:tcPr>
            <w:tcW w:w="2100" w:type="dxa"/>
            <w:tcMar>
              <w:top w:w="120" w:type="dxa"/>
              <w:left w:w="140" w:type="dxa"/>
              <w:bottom w:w="120" w:type="dxa"/>
              <w:right w:w="140" w:type="dxa"/>
            </w:tcMar>
            <w:vAlign w:val="center"/>
          </w:tcPr>
          <w:p w14:paraId="4C290A3E" w14:textId="77777777" w:rsidR="00E30E19" w:rsidRDefault="00000000">
            <w:pPr>
              <w:spacing w:after="0"/>
            </w:pPr>
            <w:r>
              <w:rPr>
                <w:sz w:val="18"/>
              </w:rPr>
              <w:t>Sted</w:t>
            </w:r>
          </w:p>
        </w:tc>
        <w:tc>
          <w:tcPr>
            <w:tcW w:w="7260" w:type="dxa"/>
            <w:tcMar>
              <w:top w:w="120" w:type="dxa"/>
              <w:left w:w="140" w:type="dxa"/>
              <w:bottom w:w="120" w:type="dxa"/>
              <w:right w:w="140" w:type="dxa"/>
            </w:tcMar>
            <w:vAlign w:val="center"/>
          </w:tcPr>
          <w:p w14:paraId="5D7AD0DA" w14:textId="77777777" w:rsidR="00E30E19" w:rsidRDefault="00000000">
            <w:pPr>
              <w:spacing w:after="0"/>
            </w:pPr>
            <w:r>
              <w:rPr>
                <w:sz w:val="18"/>
              </w:rPr>
              <w:t>Koordinat, kategori, åbningstider, faciliteter, tilgængelighed.</w:t>
            </w:r>
          </w:p>
        </w:tc>
      </w:tr>
      <w:tr w:rsidR="00E30E19" w14:paraId="29757349" w14:textId="77777777">
        <w:trPr>
          <w:jc w:val="center"/>
        </w:trPr>
        <w:tc>
          <w:tcPr>
            <w:tcW w:w="2100" w:type="dxa"/>
            <w:shd w:val="clear" w:color="auto" w:fill="F6F8F6"/>
            <w:tcMar>
              <w:top w:w="120" w:type="dxa"/>
              <w:left w:w="140" w:type="dxa"/>
              <w:bottom w:w="120" w:type="dxa"/>
              <w:right w:w="140" w:type="dxa"/>
            </w:tcMar>
            <w:vAlign w:val="center"/>
          </w:tcPr>
          <w:p w14:paraId="7E91DD95" w14:textId="77777777" w:rsidR="00E30E19" w:rsidRDefault="00000000">
            <w:pPr>
              <w:spacing w:after="0"/>
            </w:pPr>
            <w:r>
              <w:rPr>
                <w:sz w:val="18"/>
              </w:rPr>
              <w:t>Begivenhed</w:t>
            </w:r>
          </w:p>
        </w:tc>
        <w:tc>
          <w:tcPr>
            <w:tcW w:w="7260" w:type="dxa"/>
            <w:shd w:val="clear" w:color="auto" w:fill="F6F8F6"/>
            <w:tcMar>
              <w:top w:w="120" w:type="dxa"/>
              <w:left w:w="140" w:type="dxa"/>
              <w:bottom w:w="120" w:type="dxa"/>
              <w:right w:w="140" w:type="dxa"/>
            </w:tcMar>
            <w:vAlign w:val="center"/>
          </w:tcPr>
          <w:p w14:paraId="3CEE9FCE" w14:textId="77777777" w:rsidR="00E30E19" w:rsidRDefault="00000000">
            <w:pPr>
              <w:spacing w:after="0"/>
            </w:pPr>
            <w:r>
              <w:rPr>
                <w:sz w:val="18"/>
              </w:rPr>
              <w:t>Start/slut, sted, kapacitet, målgruppe, vejrstatus, bookingkrav.</w:t>
            </w:r>
          </w:p>
        </w:tc>
      </w:tr>
      <w:tr w:rsidR="00E30E19" w14:paraId="084BB746" w14:textId="77777777">
        <w:trPr>
          <w:jc w:val="center"/>
        </w:trPr>
        <w:tc>
          <w:tcPr>
            <w:tcW w:w="2100" w:type="dxa"/>
            <w:tcMar>
              <w:top w:w="120" w:type="dxa"/>
              <w:left w:w="140" w:type="dxa"/>
              <w:bottom w:w="120" w:type="dxa"/>
              <w:right w:w="140" w:type="dxa"/>
            </w:tcMar>
            <w:vAlign w:val="center"/>
          </w:tcPr>
          <w:p w14:paraId="19D47C02" w14:textId="77777777" w:rsidR="00E30E19" w:rsidRDefault="00000000">
            <w:pPr>
              <w:spacing w:after="0"/>
            </w:pPr>
            <w:r>
              <w:rPr>
                <w:sz w:val="18"/>
              </w:rPr>
              <w:t>Åbningsinterval</w:t>
            </w:r>
          </w:p>
        </w:tc>
        <w:tc>
          <w:tcPr>
            <w:tcW w:w="7260" w:type="dxa"/>
            <w:tcMar>
              <w:top w:w="120" w:type="dxa"/>
              <w:left w:w="140" w:type="dxa"/>
              <w:bottom w:w="120" w:type="dxa"/>
              <w:right w:w="140" w:type="dxa"/>
            </w:tcMar>
            <w:vAlign w:val="center"/>
          </w:tcPr>
          <w:p w14:paraId="07A60CF5" w14:textId="77777777" w:rsidR="00E30E19" w:rsidRDefault="00000000">
            <w:pPr>
              <w:spacing w:after="0"/>
            </w:pPr>
            <w:r>
              <w:rPr>
                <w:sz w:val="18"/>
              </w:rPr>
              <w:t>Sted, dato, start/slut, undtagelse og driftsstatus.</w:t>
            </w:r>
          </w:p>
        </w:tc>
      </w:tr>
      <w:tr w:rsidR="00E30E19" w14:paraId="70959AD7" w14:textId="77777777">
        <w:trPr>
          <w:jc w:val="center"/>
        </w:trPr>
        <w:tc>
          <w:tcPr>
            <w:tcW w:w="2100" w:type="dxa"/>
            <w:shd w:val="clear" w:color="auto" w:fill="F6F8F6"/>
            <w:tcMar>
              <w:top w:w="120" w:type="dxa"/>
              <w:left w:w="140" w:type="dxa"/>
              <w:bottom w:w="120" w:type="dxa"/>
              <w:right w:w="140" w:type="dxa"/>
            </w:tcMar>
            <w:vAlign w:val="center"/>
          </w:tcPr>
          <w:p w14:paraId="5BC2A89B" w14:textId="77777777" w:rsidR="00E30E19" w:rsidRDefault="00000000">
            <w:pPr>
              <w:spacing w:after="0"/>
            </w:pPr>
            <w:r>
              <w:rPr>
                <w:sz w:val="18"/>
              </w:rPr>
              <w:lastRenderedPageBreak/>
              <w:t>Planpost</w:t>
            </w:r>
          </w:p>
        </w:tc>
        <w:tc>
          <w:tcPr>
            <w:tcW w:w="7260" w:type="dxa"/>
            <w:shd w:val="clear" w:color="auto" w:fill="F6F8F6"/>
            <w:tcMar>
              <w:top w:w="120" w:type="dxa"/>
              <w:left w:w="140" w:type="dxa"/>
              <w:bottom w:w="120" w:type="dxa"/>
              <w:right w:w="140" w:type="dxa"/>
            </w:tcMar>
            <w:vAlign w:val="center"/>
          </w:tcPr>
          <w:p w14:paraId="55CB3AA4" w14:textId="77777777" w:rsidR="00E30E19" w:rsidRDefault="00000000">
            <w:pPr>
              <w:spacing w:after="0"/>
            </w:pPr>
            <w:r>
              <w:rPr>
                <w:sz w:val="18"/>
              </w:rPr>
              <w:t>Kilde, deltagere, reminder, status, billet eller booking.</w:t>
            </w:r>
          </w:p>
        </w:tc>
      </w:tr>
      <w:tr w:rsidR="00E30E19" w14:paraId="14EFFAE8" w14:textId="77777777">
        <w:trPr>
          <w:jc w:val="center"/>
        </w:trPr>
        <w:tc>
          <w:tcPr>
            <w:tcW w:w="2100" w:type="dxa"/>
            <w:tcMar>
              <w:top w:w="120" w:type="dxa"/>
              <w:left w:w="140" w:type="dxa"/>
              <w:bottom w:w="120" w:type="dxa"/>
              <w:right w:w="140" w:type="dxa"/>
            </w:tcMar>
            <w:vAlign w:val="center"/>
          </w:tcPr>
          <w:p w14:paraId="36620E36" w14:textId="77777777" w:rsidR="00E30E19" w:rsidRDefault="00000000">
            <w:pPr>
              <w:spacing w:after="0"/>
            </w:pPr>
            <w:r>
              <w:rPr>
                <w:sz w:val="18"/>
              </w:rPr>
              <w:t>Rute</w:t>
            </w:r>
          </w:p>
        </w:tc>
        <w:tc>
          <w:tcPr>
            <w:tcW w:w="7260" w:type="dxa"/>
            <w:tcMar>
              <w:top w:w="120" w:type="dxa"/>
              <w:left w:w="140" w:type="dxa"/>
              <w:bottom w:w="120" w:type="dxa"/>
              <w:right w:w="140" w:type="dxa"/>
            </w:tcMar>
            <w:vAlign w:val="center"/>
          </w:tcPr>
          <w:p w14:paraId="6AC7FADE" w14:textId="77777777" w:rsidR="00E30E19" w:rsidRDefault="00000000">
            <w:pPr>
              <w:spacing w:after="0"/>
            </w:pPr>
            <w:r>
              <w:rPr>
                <w:sz w:val="18"/>
              </w:rPr>
              <w:t>Start/slut, gangtid, afstand, ruteprofil, tilgængelighedsflag.</w:t>
            </w:r>
          </w:p>
        </w:tc>
      </w:tr>
      <w:tr w:rsidR="00E30E19" w14:paraId="6CC1F601" w14:textId="77777777">
        <w:trPr>
          <w:jc w:val="center"/>
        </w:trPr>
        <w:tc>
          <w:tcPr>
            <w:tcW w:w="2100" w:type="dxa"/>
            <w:shd w:val="clear" w:color="auto" w:fill="F6F8F6"/>
            <w:tcMar>
              <w:top w:w="120" w:type="dxa"/>
              <w:left w:w="140" w:type="dxa"/>
              <w:bottom w:w="120" w:type="dxa"/>
              <w:right w:w="140" w:type="dxa"/>
            </w:tcMar>
            <w:vAlign w:val="center"/>
          </w:tcPr>
          <w:p w14:paraId="55794B41" w14:textId="77777777" w:rsidR="00E30E19" w:rsidRDefault="00000000">
            <w:pPr>
              <w:spacing w:after="0"/>
            </w:pPr>
            <w:r>
              <w:rPr>
                <w:sz w:val="18"/>
              </w:rPr>
              <w:t>Madsted/menu</w:t>
            </w:r>
          </w:p>
        </w:tc>
        <w:tc>
          <w:tcPr>
            <w:tcW w:w="7260" w:type="dxa"/>
            <w:shd w:val="clear" w:color="auto" w:fill="F6F8F6"/>
            <w:tcMar>
              <w:top w:w="120" w:type="dxa"/>
              <w:left w:w="140" w:type="dxa"/>
              <w:bottom w:w="120" w:type="dxa"/>
              <w:right w:w="140" w:type="dxa"/>
            </w:tcMar>
            <w:vAlign w:val="center"/>
          </w:tcPr>
          <w:p w14:paraId="2948E690" w14:textId="77777777" w:rsidR="00E30E19" w:rsidRDefault="00000000">
            <w:pPr>
              <w:spacing w:after="0"/>
            </w:pPr>
            <w:r>
              <w:rPr>
                <w:sz w:val="18"/>
              </w:rPr>
              <w:t>Åbning, produkter, allergener, ordrekanal, afhentningstid.</w:t>
            </w:r>
          </w:p>
        </w:tc>
      </w:tr>
      <w:tr w:rsidR="00E30E19" w14:paraId="1CA8EFBD" w14:textId="77777777">
        <w:trPr>
          <w:jc w:val="center"/>
        </w:trPr>
        <w:tc>
          <w:tcPr>
            <w:tcW w:w="2100" w:type="dxa"/>
            <w:tcMar>
              <w:top w:w="120" w:type="dxa"/>
              <w:left w:w="140" w:type="dxa"/>
              <w:bottom w:w="120" w:type="dxa"/>
              <w:right w:w="140" w:type="dxa"/>
            </w:tcMar>
            <w:vAlign w:val="center"/>
          </w:tcPr>
          <w:p w14:paraId="68078071" w14:textId="77777777" w:rsidR="00E30E19" w:rsidRDefault="00000000">
            <w:pPr>
              <w:spacing w:after="0"/>
            </w:pPr>
            <w:r>
              <w:rPr>
                <w:sz w:val="18"/>
              </w:rPr>
              <w:t>Besked</w:t>
            </w:r>
          </w:p>
        </w:tc>
        <w:tc>
          <w:tcPr>
            <w:tcW w:w="7260" w:type="dxa"/>
            <w:tcMar>
              <w:top w:w="120" w:type="dxa"/>
              <w:left w:w="140" w:type="dxa"/>
              <w:bottom w:w="120" w:type="dxa"/>
              <w:right w:w="140" w:type="dxa"/>
            </w:tcMar>
            <w:vAlign w:val="center"/>
          </w:tcPr>
          <w:p w14:paraId="02D76777" w14:textId="77777777" w:rsidR="00E30E19" w:rsidRDefault="00000000">
            <w:pPr>
              <w:spacing w:after="0"/>
            </w:pPr>
            <w:r>
              <w:rPr>
                <w:sz w:val="18"/>
              </w:rPr>
              <w:t>Type, målgruppe, prioritet, udløb, handling og samtykkegrundlag.</w:t>
            </w:r>
          </w:p>
        </w:tc>
      </w:tr>
    </w:tbl>
    <w:p w14:paraId="1801DF49" w14:textId="77777777" w:rsidR="00E30E19" w:rsidRDefault="00E30E19">
      <w:pPr>
        <w:spacing w:after="20"/>
      </w:pPr>
    </w:p>
    <w:p w14:paraId="1ADFB1CA" w14:textId="77777777" w:rsidR="00E30E19" w:rsidRDefault="00000000">
      <w:pPr>
        <w:keepLines/>
      </w:pPr>
      <w:r>
        <w:t>Data skal have tydeligt ejerskab. Driftsorganisationen skal kunne rette tider, lukninger og flytninger ét sted, hvorefter app, website, skærme og push benytter samme kilde.</w:t>
      </w:r>
    </w:p>
    <w:p w14:paraId="12B443B0" w14:textId="77777777" w:rsidR="00E30E19" w:rsidRDefault="00000000">
      <w:pPr>
        <w:pStyle w:val="Overskrift1"/>
      </w:pPr>
      <w:r>
        <w:t>17. Teknisk arkitektur og integrationer</w:t>
      </w:r>
    </w:p>
    <w:p w14:paraId="28957E59" w14:textId="77777777" w:rsidR="00E30E19" w:rsidRDefault="00000000">
      <w:pPr>
        <w:keepLines/>
      </w:pPr>
      <w:r>
        <w:t>Anbefalet princip: én oplevelses-API samler booking, program, steder, mad, billetter og driftsstatus. Mobilappen bør ikke integrere direkte og forskelligt til hvert bagvedliggende system.</w:t>
      </w:r>
    </w:p>
    <w:tbl>
      <w:tblPr>
        <w:tblStyle w:val="Tabel-Gitter"/>
        <w:tblW w:w="0" w:type="auto"/>
        <w:jc w:val="center"/>
        <w:tblLayout w:type="fixed"/>
        <w:tblLook w:val="04A0" w:firstRow="1" w:lastRow="0" w:firstColumn="1" w:lastColumn="0" w:noHBand="0" w:noVBand="1"/>
      </w:tblPr>
      <w:tblGrid>
        <w:gridCol w:w="1800"/>
        <w:gridCol w:w="7560"/>
      </w:tblGrid>
      <w:tr w:rsidR="00E30E19" w14:paraId="76E4759A" w14:textId="77777777">
        <w:trPr>
          <w:tblHeader/>
          <w:jc w:val="center"/>
        </w:trPr>
        <w:tc>
          <w:tcPr>
            <w:tcW w:w="1800" w:type="dxa"/>
            <w:shd w:val="clear" w:color="auto" w:fill="235B3A"/>
            <w:tcMar>
              <w:top w:w="130" w:type="dxa"/>
              <w:left w:w="140" w:type="dxa"/>
              <w:bottom w:w="130" w:type="dxa"/>
              <w:right w:w="140" w:type="dxa"/>
            </w:tcMar>
            <w:vAlign w:val="center"/>
          </w:tcPr>
          <w:p w14:paraId="0A1CD3C8" w14:textId="77777777" w:rsidR="00E30E19" w:rsidRDefault="00000000">
            <w:r>
              <w:rPr>
                <w:b/>
                <w:color w:val="FFFFFF"/>
                <w:sz w:val="18"/>
              </w:rPr>
              <w:t>Lag</w:t>
            </w:r>
          </w:p>
        </w:tc>
        <w:tc>
          <w:tcPr>
            <w:tcW w:w="7560" w:type="dxa"/>
            <w:shd w:val="clear" w:color="auto" w:fill="235B3A"/>
            <w:tcMar>
              <w:top w:w="130" w:type="dxa"/>
              <w:left w:w="140" w:type="dxa"/>
              <w:bottom w:w="130" w:type="dxa"/>
              <w:right w:w="140" w:type="dxa"/>
            </w:tcMar>
            <w:vAlign w:val="center"/>
          </w:tcPr>
          <w:p w14:paraId="0EF56305" w14:textId="77777777" w:rsidR="00E30E19" w:rsidRDefault="00000000">
            <w:r>
              <w:rPr>
                <w:b/>
                <w:color w:val="FFFFFF"/>
                <w:sz w:val="18"/>
              </w:rPr>
              <w:t>Ansvar</w:t>
            </w:r>
          </w:p>
        </w:tc>
      </w:tr>
      <w:tr w:rsidR="00E30E19" w14:paraId="2D85158E" w14:textId="77777777">
        <w:trPr>
          <w:jc w:val="center"/>
        </w:trPr>
        <w:tc>
          <w:tcPr>
            <w:tcW w:w="1800" w:type="dxa"/>
            <w:tcMar>
              <w:top w:w="120" w:type="dxa"/>
              <w:left w:w="140" w:type="dxa"/>
              <w:bottom w:w="120" w:type="dxa"/>
              <w:right w:w="140" w:type="dxa"/>
            </w:tcMar>
            <w:vAlign w:val="center"/>
          </w:tcPr>
          <w:p w14:paraId="35809D64" w14:textId="77777777" w:rsidR="00E30E19" w:rsidRDefault="00000000">
            <w:pPr>
              <w:spacing w:after="0"/>
            </w:pPr>
            <w:r>
              <w:rPr>
                <w:sz w:val="18"/>
              </w:rPr>
              <w:t>Mobilapp</w:t>
            </w:r>
          </w:p>
        </w:tc>
        <w:tc>
          <w:tcPr>
            <w:tcW w:w="7560" w:type="dxa"/>
            <w:tcMar>
              <w:top w:w="120" w:type="dxa"/>
              <w:left w:w="140" w:type="dxa"/>
              <w:bottom w:w="120" w:type="dxa"/>
              <w:right w:w="140" w:type="dxa"/>
            </w:tcMar>
            <w:vAlign w:val="center"/>
          </w:tcPr>
          <w:p w14:paraId="2222D654" w14:textId="77777777" w:rsidR="00E30E19" w:rsidRDefault="00000000">
            <w:pPr>
              <w:spacing w:after="0"/>
            </w:pPr>
            <w:r>
              <w:rPr>
                <w:sz w:val="18"/>
              </w:rPr>
              <w:t>UI, lokal cache, GPS, notifikationer, kalender, sikre billetter og offline-tilstand.</w:t>
            </w:r>
          </w:p>
        </w:tc>
      </w:tr>
      <w:tr w:rsidR="00E30E19" w14:paraId="7B538842" w14:textId="77777777">
        <w:trPr>
          <w:jc w:val="center"/>
        </w:trPr>
        <w:tc>
          <w:tcPr>
            <w:tcW w:w="1800" w:type="dxa"/>
            <w:shd w:val="clear" w:color="auto" w:fill="F6F8F6"/>
            <w:tcMar>
              <w:top w:w="120" w:type="dxa"/>
              <w:left w:w="140" w:type="dxa"/>
              <w:bottom w:w="120" w:type="dxa"/>
              <w:right w:w="140" w:type="dxa"/>
            </w:tcMar>
            <w:vAlign w:val="center"/>
          </w:tcPr>
          <w:p w14:paraId="6598B589" w14:textId="77777777" w:rsidR="00E30E19" w:rsidRDefault="00000000">
            <w:pPr>
              <w:spacing w:after="0"/>
            </w:pPr>
            <w:r>
              <w:rPr>
                <w:sz w:val="18"/>
              </w:rPr>
              <w:t>Experience API</w:t>
            </w:r>
          </w:p>
        </w:tc>
        <w:tc>
          <w:tcPr>
            <w:tcW w:w="7560" w:type="dxa"/>
            <w:shd w:val="clear" w:color="auto" w:fill="F6F8F6"/>
            <w:tcMar>
              <w:top w:w="120" w:type="dxa"/>
              <w:left w:w="140" w:type="dxa"/>
              <w:bottom w:w="120" w:type="dxa"/>
              <w:right w:w="140" w:type="dxa"/>
            </w:tcMar>
            <w:vAlign w:val="center"/>
          </w:tcPr>
          <w:p w14:paraId="2E793784" w14:textId="77777777" w:rsidR="00E30E19" w:rsidRDefault="00000000">
            <w:pPr>
              <w:spacing w:after="0"/>
            </w:pPr>
            <w:r>
              <w:rPr>
                <w:sz w:val="18"/>
              </w:rPr>
              <w:t>Personalisering, planregler, søgesvar, aggregering og adgangskontrol.</w:t>
            </w:r>
          </w:p>
        </w:tc>
      </w:tr>
      <w:tr w:rsidR="00E30E19" w14:paraId="48F10C02" w14:textId="77777777">
        <w:trPr>
          <w:jc w:val="center"/>
        </w:trPr>
        <w:tc>
          <w:tcPr>
            <w:tcW w:w="1800" w:type="dxa"/>
            <w:tcMar>
              <w:top w:w="120" w:type="dxa"/>
              <w:left w:w="140" w:type="dxa"/>
              <w:bottom w:w="120" w:type="dxa"/>
              <w:right w:w="140" w:type="dxa"/>
            </w:tcMar>
            <w:vAlign w:val="center"/>
          </w:tcPr>
          <w:p w14:paraId="4E9F4CDA" w14:textId="77777777" w:rsidR="00E30E19" w:rsidRDefault="00000000">
            <w:pPr>
              <w:spacing w:after="0"/>
            </w:pPr>
            <w:r>
              <w:rPr>
                <w:sz w:val="18"/>
              </w:rPr>
              <w:t>Kildesystemer</w:t>
            </w:r>
          </w:p>
        </w:tc>
        <w:tc>
          <w:tcPr>
            <w:tcW w:w="7560" w:type="dxa"/>
            <w:tcMar>
              <w:top w:w="120" w:type="dxa"/>
              <w:left w:w="140" w:type="dxa"/>
              <w:bottom w:w="120" w:type="dxa"/>
              <w:right w:w="140" w:type="dxa"/>
            </w:tcMar>
            <w:vAlign w:val="center"/>
          </w:tcPr>
          <w:p w14:paraId="50543138" w14:textId="77777777" w:rsidR="00E30E19" w:rsidRDefault="00000000">
            <w:pPr>
              <w:spacing w:after="0"/>
            </w:pPr>
            <w:r>
              <w:rPr>
                <w:sz w:val="18"/>
              </w:rPr>
              <w:t>Booking, billet/sæsonkort, POS/mad, CMS, program, kort/GIS og kundeservice.</w:t>
            </w:r>
          </w:p>
        </w:tc>
      </w:tr>
      <w:tr w:rsidR="00E30E19" w14:paraId="23A39DC0" w14:textId="77777777">
        <w:trPr>
          <w:jc w:val="center"/>
        </w:trPr>
        <w:tc>
          <w:tcPr>
            <w:tcW w:w="1800" w:type="dxa"/>
            <w:shd w:val="clear" w:color="auto" w:fill="F6F8F6"/>
            <w:tcMar>
              <w:top w:w="120" w:type="dxa"/>
              <w:left w:w="140" w:type="dxa"/>
              <w:bottom w:w="120" w:type="dxa"/>
              <w:right w:w="140" w:type="dxa"/>
            </w:tcMar>
            <w:vAlign w:val="center"/>
          </w:tcPr>
          <w:p w14:paraId="62667A52" w14:textId="77777777" w:rsidR="00E30E19" w:rsidRDefault="00000000">
            <w:pPr>
              <w:spacing w:after="0"/>
            </w:pPr>
            <w:r>
              <w:rPr>
                <w:sz w:val="18"/>
              </w:rPr>
              <w:t>Driftsportal</w:t>
            </w:r>
          </w:p>
        </w:tc>
        <w:tc>
          <w:tcPr>
            <w:tcW w:w="7560" w:type="dxa"/>
            <w:shd w:val="clear" w:color="auto" w:fill="F6F8F6"/>
            <w:tcMar>
              <w:top w:w="120" w:type="dxa"/>
              <w:left w:w="140" w:type="dxa"/>
              <w:bottom w:w="120" w:type="dxa"/>
              <w:right w:w="140" w:type="dxa"/>
            </w:tcMar>
            <w:vAlign w:val="center"/>
          </w:tcPr>
          <w:p w14:paraId="106F9494" w14:textId="77777777" w:rsidR="00E30E19" w:rsidRDefault="00000000">
            <w:pPr>
              <w:spacing w:after="0"/>
            </w:pPr>
            <w:r>
              <w:rPr>
                <w:sz w:val="18"/>
              </w:rPr>
              <w:t>Liveændringer, lukninger, flytning af shows, beskeder og datakvalitet.</w:t>
            </w:r>
          </w:p>
        </w:tc>
      </w:tr>
      <w:tr w:rsidR="00E30E19" w14:paraId="31C29189" w14:textId="77777777">
        <w:trPr>
          <w:jc w:val="center"/>
        </w:trPr>
        <w:tc>
          <w:tcPr>
            <w:tcW w:w="1800" w:type="dxa"/>
            <w:tcMar>
              <w:top w:w="120" w:type="dxa"/>
              <w:left w:w="140" w:type="dxa"/>
              <w:bottom w:w="120" w:type="dxa"/>
              <w:right w:w="140" w:type="dxa"/>
            </w:tcMar>
            <w:vAlign w:val="center"/>
          </w:tcPr>
          <w:p w14:paraId="56E79A20" w14:textId="77777777" w:rsidR="00E30E19" w:rsidRDefault="00000000">
            <w:pPr>
              <w:spacing w:after="0"/>
            </w:pPr>
            <w:r>
              <w:rPr>
                <w:sz w:val="18"/>
              </w:rPr>
              <w:t>Analyse</w:t>
            </w:r>
          </w:p>
        </w:tc>
        <w:tc>
          <w:tcPr>
            <w:tcW w:w="7560" w:type="dxa"/>
            <w:tcMar>
              <w:top w:w="120" w:type="dxa"/>
              <w:left w:w="140" w:type="dxa"/>
              <w:bottom w:w="120" w:type="dxa"/>
              <w:right w:w="140" w:type="dxa"/>
            </w:tcMar>
            <w:vAlign w:val="center"/>
          </w:tcPr>
          <w:p w14:paraId="0E10B37E" w14:textId="77777777" w:rsidR="00E30E19" w:rsidRDefault="00000000">
            <w:pPr>
              <w:spacing w:after="0"/>
            </w:pPr>
            <w:r>
              <w:rPr>
                <w:sz w:val="18"/>
              </w:rPr>
              <w:t>Samtykkebaserede events, funnelmåling, fejl, svartider og driftsovervågning.</w:t>
            </w:r>
          </w:p>
        </w:tc>
      </w:tr>
    </w:tbl>
    <w:p w14:paraId="1056076B" w14:textId="77777777" w:rsidR="00E30E19" w:rsidRDefault="00E30E19">
      <w:pPr>
        <w:spacing w:after="20"/>
      </w:pPr>
    </w:p>
    <w:p w14:paraId="4F6754C2" w14:textId="77777777" w:rsidR="00E30E19" w:rsidRDefault="00000000">
      <w:pPr>
        <w:pStyle w:val="Overskrift2"/>
      </w:pPr>
      <w:r>
        <w:t>Integrationer</w:t>
      </w:r>
    </w:p>
    <w:p w14:paraId="4A2B7BDB" w14:textId="77777777" w:rsidR="00E30E19" w:rsidRDefault="00000000">
      <w:pPr>
        <w:pStyle w:val="Opstilling-punkttegn"/>
        <w:keepLines/>
        <w:spacing w:after="40"/>
      </w:pPr>
      <w:r>
        <w:t>Booking og ophold: autentificeret sammenkobling via bookingreference/login.</w:t>
      </w:r>
    </w:p>
    <w:p w14:paraId="013B5130" w14:textId="77777777" w:rsidR="00E30E19" w:rsidRDefault="00000000">
      <w:pPr>
        <w:pStyle w:val="Opstilling-punkttegn"/>
        <w:keepLines/>
        <w:spacing w:after="40"/>
      </w:pPr>
      <w:r>
        <w:t>Billetter/sæsonkort: sikker wallet-visning og offline-adgang.</w:t>
      </w:r>
    </w:p>
    <w:p w14:paraId="5BA63CA2" w14:textId="77777777" w:rsidR="00E30E19" w:rsidRDefault="00000000">
      <w:pPr>
        <w:pStyle w:val="Opstilling-punkttegn"/>
        <w:keepLines/>
        <w:spacing w:after="40"/>
      </w:pPr>
      <w:r>
        <w:t>Kort/GIS: egne gangstier og destinationsdata; GPS fra enheden.</w:t>
      </w:r>
    </w:p>
    <w:p w14:paraId="1370F46A" w14:textId="77777777" w:rsidR="00E30E19" w:rsidRDefault="00000000">
      <w:pPr>
        <w:pStyle w:val="Opstilling-punkttegn"/>
        <w:keepLines/>
        <w:spacing w:after="40"/>
      </w:pPr>
      <w:r>
        <w:t>Kalender: native kalender-API eller standardiseret kalenderfil.</w:t>
      </w:r>
    </w:p>
    <w:p w14:paraId="6F5D321D" w14:textId="77777777" w:rsidR="00E30E19" w:rsidRDefault="00000000">
      <w:pPr>
        <w:pStyle w:val="Opstilling-punkttegn"/>
        <w:keepLines/>
        <w:spacing w:after="40"/>
      </w:pPr>
      <w:r>
        <w:t>Push: segmenteret efter ophold, plan, drift og aktivt samtykke.</w:t>
      </w:r>
    </w:p>
    <w:p w14:paraId="655877CC" w14:textId="77777777" w:rsidR="00E30E19" w:rsidRDefault="00000000">
      <w:pPr>
        <w:pStyle w:val="Opstilling-punkttegn"/>
        <w:keepLines/>
        <w:spacing w:after="40"/>
      </w:pPr>
      <w:r>
        <w:t>Vejr: bruges som kontekst til råd, ikke som en selvstændig vejrtjeneste.</w:t>
      </w:r>
    </w:p>
    <w:p w14:paraId="0DF8B14B" w14:textId="77777777" w:rsidR="00E30E19" w:rsidRDefault="00000000">
      <w:pPr>
        <w:pStyle w:val="Opstilling-punkttegn"/>
        <w:keepLines/>
        <w:spacing w:after="40"/>
      </w:pPr>
      <w:r>
        <w:t>Søgning: struktureret indeks med synonymer; generativt lag må kun svare ud fra autoritative data.</w:t>
      </w:r>
    </w:p>
    <w:p w14:paraId="18B6381B" w14:textId="77777777" w:rsidR="00E30E19" w:rsidRDefault="00000000">
      <w:pPr>
        <w:pStyle w:val="Overskrift1"/>
      </w:pPr>
      <w:r>
        <w:t>18. Privatliv, sikkerhed og tilgængelighed</w:t>
      </w:r>
    </w:p>
    <w:p w14:paraId="21931D95" w14:textId="77777777" w:rsidR="00E30E19" w:rsidRDefault="00000000">
      <w:pPr>
        <w:keepLines/>
      </w:pPr>
      <w:r>
        <w:t>Placering og familieoplysninger er følsomme i konteksten. De skal bruges transparent og kun, når de forbedrer en konkret funktion.</w:t>
      </w:r>
    </w:p>
    <w:p w14:paraId="23E29254" w14:textId="77777777" w:rsidR="00E30E19" w:rsidRDefault="00000000">
      <w:pPr>
        <w:pStyle w:val="Overskrift2"/>
      </w:pPr>
      <w:r>
        <w:lastRenderedPageBreak/>
        <w:t>Privatliv og sikkerhed</w:t>
      </w:r>
    </w:p>
    <w:p w14:paraId="46147902" w14:textId="77777777" w:rsidR="00E30E19" w:rsidRDefault="00000000">
      <w:pPr>
        <w:pStyle w:val="Opstilling-punkttegn"/>
        <w:keepLines/>
        <w:spacing w:after="40"/>
      </w:pPr>
      <w:r>
        <w:t>Bed om GPS-adgang i det øjeblik brugeren vælger kort, “nær mig” eller intelligent reminder — ikke ved første åbning.</w:t>
      </w:r>
    </w:p>
    <w:p w14:paraId="1A730910" w14:textId="77777777" w:rsidR="00E30E19" w:rsidRDefault="00000000">
      <w:pPr>
        <w:pStyle w:val="Opstilling-punkttegn"/>
        <w:keepLines/>
        <w:spacing w:after="40"/>
      </w:pPr>
      <w:r>
        <w:t>Forklar forskellen mellem “mens appen bruges” og eventuel baggrundsplacering.</w:t>
      </w:r>
    </w:p>
    <w:p w14:paraId="4A2F5B4A" w14:textId="77777777" w:rsidR="00E30E19" w:rsidRDefault="00000000">
      <w:pPr>
        <w:pStyle w:val="Opstilling-punkttegn"/>
        <w:keepLines/>
        <w:spacing w:after="40"/>
      </w:pPr>
      <w:r>
        <w:t>Beregning af rute/reminder bør ske lokalt, når muligt; undgå historik over bevægelser.</w:t>
      </w:r>
    </w:p>
    <w:p w14:paraId="15CE13BB" w14:textId="77777777" w:rsidR="00E30E19" w:rsidRDefault="00000000">
      <w:pPr>
        <w:pStyle w:val="Opstilling-punkttegn"/>
        <w:keepLines/>
        <w:spacing w:after="40"/>
      </w:pPr>
      <w:r>
        <w:t>Brug aldersintervaller og højder frem for unødvendige identitetsdata om børn.</w:t>
      </w:r>
    </w:p>
    <w:p w14:paraId="1DD7AB5A" w14:textId="77777777" w:rsidR="00E30E19" w:rsidRDefault="00000000">
      <w:pPr>
        <w:pStyle w:val="Opstilling-punkttegn"/>
        <w:keepLines/>
        <w:spacing w:after="40"/>
      </w:pPr>
      <w:r>
        <w:t>Krypter billetter, bookingdata og sessioner; understøt fjernlogud og tilbagekaldelse af deling.</w:t>
      </w:r>
    </w:p>
    <w:p w14:paraId="75D55AEF" w14:textId="77777777" w:rsidR="00E30E19" w:rsidRDefault="00000000">
      <w:pPr>
        <w:pStyle w:val="Opstilling-punkttegn"/>
        <w:keepLines/>
        <w:spacing w:after="40"/>
      </w:pPr>
      <w:r>
        <w:t>Adskil servicebeskeder fra markedsføring og giv granulære indstillinger.</w:t>
      </w:r>
    </w:p>
    <w:p w14:paraId="150E685B" w14:textId="77777777" w:rsidR="00E30E19" w:rsidRDefault="00000000">
      <w:pPr>
        <w:pStyle w:val="Overskrift2"/>
      </w:pPr>
      <w:r>
        <w:t>Tilgængelighed</w:t>
      </w:r>
    </w:p>
    <w:p w14:paraId="64C62354" w14:textId="77777777" w:rsidR="00E30E19" w:rsidRDefault="00000000">
      <w:pPr>
        <w:pStyle w:val="Opstilling-punkttegn"/>
        <w:keepLines/>
        <w:spacing w:after="40"/>
      </w:pPr>
      <w:r>
        <w:t>Skærmlæsernavne og logisk fokusorden for kort, kortlister og tidslinjer.</w:t>
      </w:r>
    </w:p>
    <w:p w14:paraId="2046372B" w14:textId="77777777" w:rsidR="00E30E19" w:rsidRDefault="00000000">
      <w:pPr>
        <w:pStyle w:val="Opstilling-punkttegn"/>
        <w:keepLines/>
        <w:spacing w:after="40"/>
      </w:pPr>
      <w:r>
        <w:t>Alternativ listevisning til kortet.</w:t>
      </w:r>
    </w:p>
    <w:p w14:paraId="40BF2471" w14:textId="77777777" w:rsidR="00E30E19" w:rsidRDefault="00000000">
      <w:pPr>
        <w:pStyle w:val="Opstilling-punkttegn"/>
        <w:keepLines/>
        <w:spacing w:after="40"/>
      </w:pPr>
      <w:r>
        <w:t>Tekstskalering uden klipning og uden tab af handlinger.</w:t>
      </w:r>
    </w:p>
    <w:p w14:paraId="7FE5E940" w14:textId="77777777" w:rsidR="00E30E19" w:rsidRDefault="00000000">
      <w:pPr>
        <w:pStyle w:val="Opstilling-punkttegn"/>
        <w:keepLines/>
        <w:spacing w:after="40"/>
      </w:pPr>
      <w:r>
        <w:t>Farve må aldrig være eneste statusmarkør; brug tekst og ikon sammen.</w:t>
      </w:r>
    </w:p>
    <w:p w14:paraId="3232332A" w14:textId="77777777" w:rsidR="00E30E19" w:rsidRDefault="00000000">
      <w:pPr>
        <w:pStyle w:val="Opstilling-punkttegn"/>
        <w:keepLines/>
        <w:spacing w:after="40"/>
      </w:pPr>
      <w:r>
        <w:t>Rutevalg for kørestol/klapvogn, trin og ujævnt underlag, hvor data findes.</w:t>
      </w:r>
    </w:p>
    <w:p w14:paraId="4AE18FEC" w14:textId="77777777" w:rsidR="00E30E19" w:rsidRDefault="00000000">
      <w:pPr>
        <w:pStyle w:val="Opstilling-punkttegn"/>
        <w:keepLines/>
        <w:spacing w:after="40"/>
      </w:pPr>
      <w:r>
        <w:t>Reduceret bevægelse respekteres; mikroanimationer kan slås fra via systemindstilling.</w:t>
      </w:r>
    </w:p>
    <w:p w14:paraId="4A5B3D61" w14:textId="77777777" w:rsidR="00E30E19" w:rsidRDefault="00000000">
      <w:pPr>
        <w:pStyle w:val="Overskrift1"/>
      </w:pPr>
      <w:r>
        <w:t>19. MVP og prioritering</w:t>
      </w:r>
    </w:p>
    <w:tbl>
      <w:tblPr>
        <w:tblStyle w:val="Tabel-Gitter"/>
        <w:tblW w:w="0" w:type="auto"/>
        <w:jc w:val="center"/>
        <w:tblLayout w:type="fixed"/>
        <w:tblLook w:val="04A0" w:firstRow="1" w:lastRow="0" w:firstColumn="1" w:lastColumn="0" w:noHBand="0" w:noVBand="1"/>
      </w:tblPr>
      <w:tblGrid>
        <w:gridCol w:w="1900"/>
        <w:gridCol w:w="7460"/>
      </w:tblGrid>
      <w:tr w:rsidR="00E30E19" w14:paraId="3A338B5E" w14:textId="77777777">
        <w:trPr>
          <w:tblHeader/>
          <w:jc w:val="center"/>
        </w:trPr>
        <w:tc>
          <w:tcPr>
            <w:tcW w:w="1900" w:type="dxa"/>
            <w:shd w:val="clear" w:color="auto" w:fill="235B3A"/>
            <w:tcMar>
              <w:top w:w="130" w:type="dxa"/>
              <w:left w:w="140" w:type="dxa"/>
              <w:bottom w:w="130" w:type="dxa"/>
              <w:right w:w="140" w:type="dxa"/>
            </w:tcMar>
            <w:vAlign w:val="center"/>
          </w:tcPr>
          <w:p w14:paraId="294E9A9D" w14:textId="77777777" w:rsidR="00E30E19" w:rsidRDefault="00000000">
            <w:r>
              <w:rPr>
                <w:b/>
                <w:color w:val="FFFFFF"/>
                <w:sz w:val="18"/>
              </w:rPr>
              <w:t>Trin</w:t>
            </w:r>
          </w:p>
        </w:tc>
        <w:tc>
          <w:tcPr>
            <w:tcW w:w="7460" w:type="dxa"/>
            <w:shd w:val="clear" w:color="auto" w:fill="235B3A"/>
            <w:tcMar>
              <w:top w:w="130" w:type="dxa"/>
              <w:left w:w="140" w:type="dxa"/>
              <w:bottom w:w="130" w:type="dxa"/>
              <w:right w:w="140" w:type="dxa"/>
            </w:tcMar>
            <w:vAlign w:val="center"/>
          </w:tcPr>
          <w:p w14:paraId="478E53D9" w14:textId="77777777" w:rsidR="00E30E19" w:rsidRDefault="00000000">
            <w:r>
              <w:rPr>
                <w:b/>
                <w:color w:val="FFFFFF"/>
                <w:sz w:val="18"/>
              </w:rPr>
              <w:t>Omfang</w:t>
            </w:r>
          </w:p>
        </w:tc>
      </w:tr>
      <w:tr w:rsidR="00E30E19" w14:paraId="7109075E" w14:textId="77777777">
        <w:trPr>
          <w:jc w:val="center"/>
        </w:trPr>
        <w:tc>
          <w:tcPr>
            <w:tcW w:w="1900" w:type="dxa"/>
            <w:tcMar>
              <w:top w:w="120" w:type="dxa"/>
              <w:left w:w="140" w:type="dxa"/>
              <w:bottom w:w="120" w:type="dxa"/>
              <w:right w:w="140" w:type="dxa"/>
            </w:tcMar>
            <w:vAlign w:val="center"/>
          </w:tcPr>
          <w:p w14:paraId="66765F53" w14:textId="77777777" w:rsidR="00E30E19" w:rsidRDefault="00000000">
            <w:pPr>
              <w:spacing w:after="0"/>
            </w:pPr>
            <w:r>
              <w:rPr>
                <w:sz w:val="18"/>
              </w:rPr>
              <w:t>MVP · Fundament</w:t>
            </w:r>
          </w:p>
        </w:tc>
        <w:tc>
          <w:tcPr>
            <w:tcW w:w="7460" w:type="dxa"/>
            <w:tcMar>
              <w:top w:w="120" w:type="dxa"/>
              <w:left w:w="140" w:type="dxa"/>
              <w:bottom w:w="120" w:type="dxa"/>
              <w:right w:w="140" w:type="dxa"/>
            </w:tcMar>
            <w:vAlign w:val="center"/>
          </w:tcPr>
          <w:p w14:paraId="6633EC9C" w14:textId="77777777" w:rsidR="00E30E19" w:rsidRDefault="00000000">
            <w:pPr>
              <w:spacing w:after="0"/>
            </w:pPr>
            <w:r>
              <w:rPr>
                <w:sz w:val="18"/>
              </w:rPr>
              <w:t>Opholdslogin, Nu-side, adskilte programlag, søgning, GPS-kort/rute, gem/påmind/vis vej, billetter og stabil driftsdata.</w:t>
            </w:r>
          </w:p>
        </w:tc>
      </w:tr>
      <w:tr w:rsidR="00E30E19" w14:paraId="43FEC1A7" w14:textId="77777777">
        <w:trPr>
          <w:jc w:val="center"/>
        </w:trPr>
        <w:tc>
          <w:tcPr>
            <w:tcW w:w="1900" w:type="dxa"/>
            <w:shd w:val="clear" w:color="auto" w:fill="F6F8F6"/>
            <w:tcMar>
              <w:top w:w="120" w:type="dxa"/>
              <w:left w:w="140" w:type="dxa"/>
              <w:bottom w:w="120" w:type="dxa"/>
              <w:right w:w="140" w:type="dxa"/>
            </w:tcMar>
            <w:vAlign w:val="center"/>
          </w:tcPr>
          <w:p w14:paraId="026C942B" w14:textId="77777777" w:rsidR="00E30E19" w:rsidRDefault="00000000">
            <w:pPr>
              <w:spacing w:after="0"/>
            </w:pPr>
            <w:r>
              <w:rPr>
                <w:sz w:val="18"/>
              </w:rPr>
              <w:t>Trin 2 · Transaktion</w:t>
            </w:r>
          </w:p>
        </w:tc>
        <w:tc>
          <w:tcPr>
            <w:tcW w:w="7460" w:type="dxa"/>
            <w:shd w:val="clear" w:color="auto" w:fill="F6F8F6"/>
            <w:tcMar>
              <w:top w:w="120" w:type="dxa"/>
              <w:left w:w="140" w:type="dxa"/>
              <w:bottom w:w="120" w:type="dxa"/>
              <w:right w:w="140" w:type="dxa"/>
            </w:tcMar>
            <w:vAlign w:val="center"/>
          </w:tcPr>
          <w:p w14:paraId="1A7CE235" w14:textId="77777777" w:rsidR="00E30E19" w:rsidRDefault="00000000">
            <w:pPr>
              <w:spacing w:after="0"/>
            </w:pPr>
            <w:r>
              <w:rPr>
                <w:sz w:val="18"/>
              </w:rPr>
              <w:t>Madbestilling, delt familieplan, deltagere, kalenderintegration, parkeringsreminder og bedre offline.</w:t>
            </w:r>
          </w:p>
        </w:tc>
      </w:tr>
      <w:tr w:rsidR="00E30E19" w14:paraId="665B4198" w14:textId="77777777">
        <w:trPr>
          <w:jc w:val="center"/>
        </w:trPr>
        <w:tc>
          <w:tcPr>
            <w:tcW w:w="1900" w:type="dxa"/>
            <w:tcMar>
              <w:top w:w="120" w:type="dxa"/>
              <w:left w:w="140" w:type="dxa"/>
              <w:bottom w:w="120" w:type="dxa"/>
              <w:right w:w="140" w:type="dxa"/>
            </w:tcMar>
            <w:vAlign w:val="center"/>
          </w:tcPr>
          <w:p w14:paraId="1F580F91" w14:textId="77777777" w:rsidR="00E30E19" w:rsidRDefault="00000000">
            <w:pPr>
              <w:spacing w:after="0"/>
            </w:pPr>
            <w:r>
              <w:rPr>
                <w:sz w:val="18"/>
              </w:rPr>
              <w:t>Trin 3 · Optimering</w:t>
            </w:r>
          </w:p>
        </w:tc>
        <w:tc>
          <w:tcPr>
            <w:tcW w:w="7460" w:type="dxa"/>
            <w:tcMar>
              <w:top w:w="120" w:type="dxa"/>
              <w:left w:w="140" w:type="dxa"/>
              <w:bottom w:w="120" w:type="dxa"/>
              <w:right w:w="140" w:type="dxa"/>
            </w:tcMar>
            <w:vAlign w:val="center"/>
          </w:tcPr>
          <w:p w14:paraId="1059F6BC" w14:textId="77777777" w:rsidR="00E30E19" w:rsidRDefault="00000000">
            <w:pPr>
              <w:spacing w:after="0"/>
            </w:pPr>
            <w:r>
              <w:rPr>
                <w:sz w:val="18"/>
              </w:rPr>
              <w:t>Kapacitetsdata, personlige anbefalinger, vejrbaserede alternativer og mere avanceret planlægning.</w:t>
            </w:r>
          </w:p>
        </w:tc>
      </w:tr>
      <w:tr w:rsidR="00E30E19" w14:paraId="789E1ACE" w14:textId="77777777">
        <w:trPr>
          <w:jc w:val="center"/>
        </w:trPr>
        <w:tc>
          <w:tcPr>
            <w:tcW w:w="1900" w:type="dxa"/>
            <w:shd w:val="clear" w:color="auto" w:fill="F6F8F6"/>
            <w:tcMar>
              <w:top w:w="120" w:type="dxa"/>
              <w:left w:w="140" w:type="dxa"/>
              <w:bottom w:w="120" w:type="dxa"/>
              <w:right w:w="140" w:type="dxa"/>
            </w:tcMar>
            <w:vAlign w:val="center"/>
          </w:tcPr>
          <w:p w14:paraId="55F04001" w14:textId="77777777" w:rsidR="00E30E19" w:rsidRDefault="00000000">
            <w:pPr>
              <w:spacing w:after="0"/>
            </w:pPr>
            <w:r>
              <w:rPr>
                <w:sz w:val="18"/>
              </w:rPr>
              <w:t>Trin 4 · Opholdsteknologi</w:t>
            </w:r>
          </w:p>
        </w:tc>
        <w:tc>
          <w:tcPr>
            <w:tcW w:w="7460" w:type="dxa"/>
            <w:shd w:val="clear" w:color="auto" w:fill="F6F8F6"/>
            <w:tcMar>
              <w:top w:w="120" w:type="dxa"/>
              <w:left w:w="140" w:type="dxa"/>
              <w:bottom w:w="120" w:type="dxa"/>
              <w:right w:w="140" w:type="dxa"/>
            </w:tcMar>
            <w:vAlign w:val="center"/>
          </w:tcPr>
          <w:p w14:paraId="7CD453C1" w14:textId="77777777" w:rsidR="00E30E19" w:rsidRDefault="00000000">
            <w:pPr>
              <w:spacing w:after="0"/>
            </w:pPr>
            <w:r>
              <w:rPr>
                <w:sz w:val="18"/>
              </w:rPr>
              <w:t>Mobil check-in, digital nøgle og udvidet serviceflow, hvis driften kan understøtte det.</w:t>
            </w:r>
          </w:p>
        </w:tc>
      </w:tr>
    </w:tbl>
    <w:p w14:paraId="64774F3D" w14:textId="77777777" w:rsidR="00E30E19" w:rsidRDefault="00E30E19">
      <w:pPr>
        <w:spacing w:after="20"/>
      </w:pPr>
    </w:p>
    <w:p w14:paraId="5027C17C" w14:textId="77777777" w:rsidR="00E30E19" w:rsidRDefault="00000000">
      <w:pPr>
        <w:pStyle w:val="Overskrift2"/>
      </w:pPr>
      <w:r>
        <w:t>MVP-afgrænsning</w:t>
      </w:r>
    </w:p>
    <w:p w14:paraId="20368239" w14:textId="77777777" w:rsidR="00E30E19" w:rsidRDefault="00000000">
      <w:pPr>
        <w:pStyle w:val="Opstilling-punkttegn"/>
        <w:keepLines/>
        <w:spacing w:after="40"/>
      </w:pPr>
      <w:r>
        <w:t>Ingen åben ChatGPT-lignende chatbot uden autoritativ datagrunding.</w:t>
      </w:r>
    </w:p>
    <w:p w14:paraId="662E85D1" w14:textId="77777777" w:rsidR="00E30E19" w:rsidRDefault="00000000">
      <w:pPr>
        <w:pStyle w:val="Opstilling-punkttegn"/>
        <w:keepLines/>
        <w:spacing w:after="40"/>
      </w:pPr>
      <w:r>
        <w:t>Ingen løfter om livedata, som driften ikke kan vedligeholde.</w:t>
      </w:r>
    </w:p>
    <w:p w14:paraId="21D09D36" w14:textId="77777777" w:rsidR="00E30E19" w:rsidRDefault="00000000">
      <w:pPr>
        <w:pStyle w:val="Opstilling-punkttegn"/>
        <w:keepLines/>
        <w:spacing w:after="40"/>
      </w:pPr>
      <w:r>
        <w:t>Ingen kompleks loyalitetsgamification før booking, billetter, plan og kort er stabile.</w:t>
      </w:r>
    </w:p>
    <w:p w14:paraId="5B2BE4E0" w14:textId="77777777" w:rsidR="00E30E19" w:rsidRDefault="00000000">
      <w:pPr>
        <w:pStyle w:val="Opstilling-punkttegn"/>
        <w:keepLines/>
        <w:spacing w:after="40"/>
      </w:pPr>
      <w:r>
        <w:t>Ingen baggrundssporing som standard.</w:t>
      </w:r>
    </w:p>
    <w:p w14:paraId="3DF8516C" w14:textId="77777777" w:rsidR="00E30E19" w:rsidRDefault="00000000">
      <w:pPr>
        <w:pStyle w:val="Overskrift1"/>
      </w:pPr>
      <w:r>
        <w:lastRenderedPageBreak/>
        <w:t>20. Centrale brugerrejser og acceptkriterier</w:t>
      </w:r>
    </w:p>
    <w:tbl>
      <w:tblPr>
        <w:tblStyle w:val="Tabel-Gitter"/>
        <w:tblW w:w="0" w:type="auto"/>
        <w:jc w:val="center"/>
        <w:tblLayout w:type="fixed"/>
        <w:tblLook w:val="04A0" w:firstRow="1" w:lastRow="0" w:firstColumn="1" w:lastColumn="0" w:noHBand="0" w:noVBand="1"/>
      </w:tblPr>
      <w:tblGrid>
        <w:gridCol w:w="2300"/>
        <w:gridCol w:w="7060"/>
      </w:tblGrid>
      <w:tr w:rsidR="00E30E19" w14:paraId="4D2E90F2" w14:textId="77777777">
        <w:trPr>
          <w:tblHeader/>
          <w:jc w:val="center"/>
        </w:trPr>
        <w:tc>
          <w:tcPr>
            <w:tcW w:w="2300" w:type="dxa"/>
            <w:shd w:val="clear" w:color="auto" w:fill="235B3A"/>
            <w:tcMar>
              <w:top w:w="130" w:type="dxa"/>
              <w:left w:w="140" w:type="dxa"/>
              <w:bottom w:w="130" w:type="dxa"/>
              <w:right w:w="140" w:type="dxa"/>
            </w:tcMar>
            <w:vAlign w:val="center"/>
          </w:tcPr>
          <w:p w14:paraId="7A587339" w14:textId="77777777" w:rsidR="00E30E19" w:rsidRDefault="00000000">
            <w:r>
              <w:rPr>
                <w:b/>
                <w:color w:val="FFFFFF"/>
                <w:sz w:val="18"/>
              </w:rPr>
              <w:t>Rejse</w:t>
            </w:r>
          </w:p>
        </w:tc>
        <w:tc>
          <w:tcPr>
            <w:tcW w:w="7060" w:type="dxa"/>
            <w:shd w:val="clear" w:color="auto" w:fill="235B3A"/>
            <w:tcMar>
              <w:top w:w="130" w:type="dxa"/>
              <w:left w:w="140" w:type="dxa"/>
              <w:bottom w:w="130" w:type="dxa"/>
              <w:right w:w="140" w:type="dxa"/>
            </w:tcMar>
            <w:vAlign w:val="center"/>
          </w:tcPr>
          <w:p w14:paraId="2E494D7D" w14:textId="77777777" w:rsidR="00E30E19" w:rsidRDefault="00000000">
            <w:r>
              <w:rPr>
                <w:b/>
                <w:color w:val="FFFFFF"/>
                <w:sz w:val="18"/>
              </w:rPr>
              <w:t>Acceptkriterium</w:t>
            </w:r>
          </w:p>
        </w:tc>
      </w:tr>
      <w:tr w:rsidR="00E30E19" w14:paraId="6CB34A26" w14:textId="77777777">
        <w:trPr>
          <w:jc w:val="center"/>
        </w:trPr>
        <w:tc>
          <w:tcPr>
            <w:tcW w:w="2300" w:type="dxa"/>
            <w:tcMar>
              <w:top w:w="120" w:type="dxa"/>
              <w:left w:w="140" w:type="dxa"/>
              <w:bottom w:w="120" w:type="dxa"/>
              <w:right w:w="140" w:type="dxa"/>
            </w:tcMar>
            <w:vAlign w:val="center"/>
          </w:tcPr>
          <w:p w14:paraId="0E7B7A45" w14:textId="77777777" w:rsidR="00E30E19" w:rsidRDefault="00000000">
            <w:pPr>
              <w:spacing w:after="0"/>
            </w:pPr>
            <w:r>
              <w:rPr>
                <w:sz w:val="18"/>
              </w:rPr>
              <w:t>Find aftenshow</w:t>
            </w:r>
          </w:p>
        </w:tc>
        <w:tc>
          <w:tcPr>
            <w:tcW w:w="7060" w:type="dxa"/>
            <w:tcMar>
              <w:top w:w="120" w:type="dxa"/>
              <w:left w:w="140" w:type="dxa"/>
              <w:bottom w:w="120" w:type="dxa"/>
              <w:right w:w="140" w:type="dxa"/>
            </w:tcMar>
            <w:vAlign w:val="center"/>
          </w:tcPr>
          <w:p w14:paraId="320E6130" w14:textId="77777777" w:rsidR="00E30E19" w:rsidRDefault="00000000">
            <w:pPr>
              <w:spacing w:after="0"/>
            </w:pPr>
            <w:r>
              <w:rPr>
                <w:sz w:val="18"/>
              </w:rPr>
              <w:t>Brugeren får tidspunkt, sted, varighed, gangtid, alternativ og handlinger på under tre trin.</w:t>
            </w:r>
          </w:p>
        </w:tc>
      </w:tr>
      <w:tr w:rsidR="00E30E19" w14:paraId="3F20D1ED" w14:textId="77777777">
        <w:trPr>
          <w:jc w:val="center"/>
        </w:trPr>
        <w:tc>
          <w:tcPr>
            <w:tcW w:w="2300" w:type="dxa"/>
            <w:shd w:val="clear" w:color="auto" w:fill="F6F8F6"/>
            <w:tcMar>
              <w:top w:w="120" w:type="dxa"/>
              <w:left w:w="140" w:type="dxa"/>
              <w:bottom w:w="120" w:type="dxa"/>
              <w:right w:w="140" w:type="dxa"/>
            </w:tcMar>
            <w:vAlign w:val="center"/>
          </w:tcPr>
          <w:p w14:paraId="35307A3C" w14:textId="77777777" w:rsidR="00E30E19" w:rsidRDefault="00000000">
            <w:pPr>
              <w:spacing w:after="0"/>
            </w:pPr>
            <w:r>
              <w:rPr>
                <w:sz w:val="18"/>
              </w:rPr>
              <w:t>Køb kaffe nu</w:t>
            </w:r>
          </w:p>
        </w:tc>
        <w:tc>
          <w:tcPr>
            <w:tcW w:w="7060" w:type="dxa"/>
            <w:shd w:val="clear" w:color="auto" w:fill="F6F8F6"/>
            <w:tcMar>
              <w:top w:w="120" w:type="dxa"/>
              <w:left w:w="140" w:type="dxa"/>
              <w:bottom w:w="120" w:type="dxa"/>
              <w:right w:w="140" w:type="dxa"/>
            </w:tcMar>
            <w:vAlign w:val="center"/>
          </w:tcPr>
          <w:p w14:paraId="1FCE0EF7" w14:textId="77777777" w:rsidR="00E30E19" w:rsidRDefault="00000000">
            <w:pPr>
              <w:spacing w:after="0"/>
            </w:pPr>
            <w:r>
              <w:rPr>
                <w:sz w:val="18"/>
              </w:rPr>
              <w:t>Resultater viser kun relevante åbne steder og kan sorteres efter gangtid; rute åbnes direkte.</w:t>
            </w:r>
          </w:p>
        </w:tc>
      </w:tr>
      <w:tr w:rsidR="00E30E19" w14:paraId="20996269" w14:textId="77777777">
        <w:trPr>
          <w:jc w:val="center"/>
        </w:trPr>
        <w:tc>
          <w:tcPr>
            <w:tcW w:w="2300" w:type="dxa"/>
            <w:tcMar>
              <w:top w:w="120" w:type="dxa"/>
              <w:left w:w="140" w:type="dxa"/>
              <w:bottom w:w="120" w:type="dxa"/>
              <w:right w:w="140" w:type="dxa"/>
            </w:tcMar>
            <w:vAlign w:val="center"/>
          </w:tcPr>
          <w:p w14:paraId="692253C7" w14:textId="77777777" w:rsidR="00E30E19" w:rsidRDefault="00000000">
            <w:pPr>
              <w:spacing w:after="0"/>
            </w:pPr>
            <w:r>
              <w:rPr>
                <w:sz w:val="18"/>
              </w:rPr>
              <w:t>Nå næste show</w:t>
            </w:r>
          </w:p>
        </w:tc>
        <w:tc>
          <w:tcPr>
            <w:tcW w:w="7060" w:type="dxa"/>
            <w:tcMar>
              <w:top w:w="120" w:type="dxa"/>
              <w:left w:w="140" w:type="dxa"/>
              <w:bottom w:w="120" w:type="dxa"/>
              <w:right w:w="140" w:type="dxa"/>
            </w:tcMar>
            <w:vAlign w:val="center"/>
          </w:tcPr>
          <w:p w14:paraId="64F4DB99" w14:textId="77777777" w:rsidR="00E30E19" w:rsidRDefault="00000000">
            <w:pPr>
              <w:spacing w:after="0"/>
            </w:pPr>
            <w:r>
              <w:rPr>
                <w:sz w:val="18"/>
              </w:rPr>
              <w:t>Appen beregner seneste afgang og opdaterer den ved ændret position eller showstatus.</w:t>
            </w:r>
          </w:p>
        </w:tc>
      </w:tr>
      <w:tr w:rsidR="00E30E19" w14:paraId="1F666C28" w14:textId="77777777">
        <w:trPr>
          <w:jc w:val="center"/>
        </w:trPr>
        <w:tc>
          <w:tcPr>
            <w:tcW w:w="2300" w:type="dxa"/>
            <w:shd w:val="clear" w:color="auto" w:fill="F6F8F6"/>
            <w:tcMar>
              <w:top w:w="120" w:type="dxa"/>
              <w:left w:w="140" w:type="dxa"/>
              <w:bottom w:w="120" w:type="dxa"/>
              <w:right w:w="140" w:type="dxa"/>
            </w:tcMar>
            <w:vAlign w:val="center"/>
          </w:tcPr>
          <w:p w14:paraId="37612A37" w14:textId="77777777" w:rsidR="00E30E19" w:rsidRDefault="00000000">
            <w:pPr>
              <w:spacing w:after="0"/>
            </w:pPr>
            <w:r>
              <w:rPr>
                <w:sz w:val="18"/>
              </w:rPr>
              <w:t>Ankomst til Pirathus</w:t>
            </w:r>
          </w:p>
        </w:tc>
        <w:tc>
          <w:tcPr>
            <w:tcW w:w="7060" w:type="dxa"/>
            <w:shd w:val="clear" w:color="auto" w:fill="F6F8F6"/>
            <w:tcMar>
              <w:top w:w="120" w:type="dxa"/>
              <w:left w:w="140" w:type="dxa"/>
              <w:bottom w:w="120" w:type="dxa"/>
              <w:right w:w="140" w:type="dxa"/>
            </w:tcMar>
            <w:vAlign w:val="center"/>
          </w:tcPr>
          <w:p w14:paraId="259D522E" w14:textId="77777777" w:rsidR="00E30E19" w:rsidRDefault="00000000">
            <w:pPr>
              <w:spacing w:after="0"/>
            </w:pPr>
            <w:r>
              <w:rPr>
                <w:sz w:val="18"/>
              </w:rPr>
              <w:t>Booking genkendes; adgang før indflytning, parkering, husstatus og rute vises samlet.</w:t>
            </w:r>
          </w:p>
        </w:tc>
      </w:tr>
      <w:tr w:rsidR="00E30E19" w14:paraId="54185181" w14:textId="77777777">
        <w:trPr>
          <w:jc w:val="center"/>
        </w:trPr>
        <w:tc>
          <w:tcPr>
            <w:tcW w:w="2300" w:type="dxa"/>
            <w:tcMar>
              <w:top w:w="120" w:type="dxa"/>
              <w:left w:w="140" w:type="dxa"/>
              <w:bottom w:w="120" w:type="dxa"/>
              <w:right w:w="140" w:type="dxa"/>
            </w:tcMar>
            <w:vAlign w:val="center"/>
          </w:tcPr>
          <w:p w14:paraId="374FEBE9" w14:textId="77777777" w:rsidR="00E30E19" w:rsidRDefault="00000000">
            <w:pPr>
              <w:spacing w:after="0"/>
            </w:pPr>
            <w:r>
              <w:rPr>
                <w:sz w:val="18"/>
              </w:rPr>
              <w:t>Planlæg familie</w:t>
            </w:r>
          </w:p>
        </w:tc>
        <w:tc>
          <w:tcPr>
            <w:tcW w:w="7060" w:type="dxa"/>
            <w:tcMar>
              <w:top w:w="120" w:type="dxa"/>
              <w:left w:w="140" w:type="dxa"/>
              <w:bottom w:w="120" w:type="dxa"/>
              <w:right w:w="140" w:type="dxa"/>
            </w:tcMar>
            <w:vAlign w:val="center"/>
          </w:tcPr>
          <w:p w14:paraId="101A1806" w14:textId="77777777" w:rsidR="00E30E19" w:rsidRDefault="00000000">
            <w:pPr>
              <w:spacing w:after="0"/>
            </w:pPr>
            <w:r>
              <w:rPr>
                <w:sz w:val="18"/>
              </w:rPr>
              <w:t>Aktiviteter kan vælges pr. deltager; overlap og urealistisk transport markeres.</w:t>
            </w:r>
          </w:p>
        </w:tc>
      </w:tr>
      <w:tr w:rsidR="00E30E19" w14:paraId="2151737A" w14:textId="77777777">
        <w:trPr>
          <w:jc w:val="center"/>
        </w:trPr>
        <w:tc>
          <w:tcPr>
            <w:tcW w:w="2300" w:type="dxa"/>
            <w:shd w:val="clear" w:color="auto" w:fill="F6F8F6"/>
            <w:tcMar>
              <w:top w:w="120" w:type="dxa"/>
              <w:left w:w="140" w:type="dxa"/>
              <w:bottom w:w="120" w:type="dxa"/>
              <w:right w:w="140" w:type="dxa"/>
            </w:tcMar>
            <w:vAlign w:val="center"/>
          </w:tcPr>
          <w:p w14:paraId="43FBABF6" w14:textId="77777777" w:rsidR="00E30E19" w:rsidRDefault="00000000">
            <w:pPr>
              <w:spacing w:after="0"/>
            </w:pPr>
            <w:r>
              <w:rPr>
                <w:sz w:val="18"/>
              </w:rPr>
              <w:t>Mistet netværk</w:t>
            </w:r>
          </w:p>
        </w:tc>
        <w:tc>
          <w:tcPr>
            <w:tcW w:w="7060" w:type="dxa"/>
            <w:shd w:val="clear" w:color="auto" w:fill="F6F8F6"/>
            <w:tcMar>
              <w:top w:w="120" w:type="dxa"/>
              <w:left w:w="140" w:type="dxa"/>
              <w:bottom w:w="120" w:type="dxa"/>
              <w:right w:w="140" w:type="dxa"/>
            </w:tcMar>
            <w:vAlign w:val="center"/>
          </w:tcPr>
          <w:p w14:paraId="2900DE00" w14:textId="77777777" w:rsidR="00E30E19" w:rsidRDefault="00000000">
            <w:pPr>
              <w:spacing w:after="0"/>
            </w:pPr>
            <w:r>
              <w:rPr>
                <w:sz w:val="18"/>
              </w:rPr>
              <w:t>Billetter, hjemmebase, grundkort og senest synkroniserede kritiske tider er stadig tilgængelige.</w:t>
            </w:r>
          </w:p>
        </w:tc>
      </w:tr>
    </w:tbl>
    <w:p w14:paraId="4CC7E21E" w14:textId="77777777" w:rsidR="00E30E19" w:rsidRDefault="00E30E19">
      <w:pPr>
        <w:spacing w:after="20"/>
      </w:pPr>
    </w:p>
    <w:p w14:paraId="2B3A67B9" w14:textId="77777777" w:rsidR="00E30E19" w:rsidRDefault="00000000">
      <w:pPr>
        <w:pStyle w:val="Overskrift1"/>
      </w:pPr>
      <w:r>
        <w:t>21. Brugertest og validering</w:t>
      </w:r>
    </w:p>
    <w:p w14:paraId="7AAA0157" w14:textId="77777777" w:rsidR="00E30E19" w:rsidRDefault="00000000">
      <w:pPr>
        <w:keepLines/>
      </w:pPr>
      <w:r>
        <w:t>Test med familier i realistiske situationer og med telefonen i hånden under bevægelse. Rekruttér både førstegangsbesøgende, tilbagevendende gæster, dagsgæster, campinggæster og familier i Pirathus samt brugere med tilgængelighedsbehov.</w:t>
      </w:r>
    </w:p>
    <w:p w14:paraId="67025E57" w14:textId="77777777" w:rsidR="00E30E19" w:rsidRDefault="00000000">
      <w:pPr>
        <w:pStyle w:val="Overskrift2"/>
      </w:pPr>
      <w:r>
        <w:t>Opgaver</w:t>
      </w:r>
    </w:p>
    <w:p w14:paraId="60EA13A2" w14:textId="77777777" w:rsidR="00E30E19" w:rsidRDefault="00000000">
      <w:pPr>
        <w:pStyle w:val="Opstilling-talellerbogst"/>
        <w:keepLines/>
        <w:spacing w:after="60"/>
      </w:pPr>
      <w:r>
        <w:t>Find næste aftenshow og afgør, hvornår familien skal gå.</w:t>
      </w:r>
    </w:p>
    <w:p w14:paraId="0F001A80" w14:textId="77777777" w:rsidR="00E30E19" w:rsidRDefault="00000000">
      <w:pPr>
        <w:pStyle w:val="Opstilling-talellerbogst"/>
        <w:keepLines/>
        <w:spacing w:after="60"/>
      </w:pPr>
      <w:r>
        <w:t>Find nærmeste åbne sted med kaffe.</w:t>
      </w:r>
    </w:p>
    <w:p w14:paraId="12056284" w14:textId="77777777" w:rsidR="00E30E19" w:rsidRDefault="00000000">
      <w:pPr>
        <w:pStyle w:val="Opstilling-talellerbogst"/>
        <w:keepLines/>
        <w:spacing w:after="60"/>
      </w:pPr>
      <w:r>
        <w:t>Planlæg tre aktiviteter for forskellige familiemedlemmer uden overlap.</w:t>
      </w:r>
    </w:p>
    <w:p w14:paraId="73A11666" w14:textId="77777777" w:rsidR="00E30E19" w:rsidRDefault="00000000">
      <w:pPr>
        <w:pStyle w:val="Opstilling-talellerbogst"/>
        <w:keepLines/>
        <w:spacing w:after="60"/>
      </w:pPr>
      <w:r>
        <w:t>Navigér fra aktuel position til en aktivitet med klapvogn.</w:t>
      </w:r>
    </w:p>
    <w:p w14:paraId="05E54CF5" w14:textId="77777777" w:rsidR="00E30E19" w:rsidRDefault="00000000">
      <w:pPr>
        <w:pStyle w:val="Opstilling-talellerbogst"/>
        <w:keepLines/>
        <w:spacing w:after="60"/>
      </w:pPr>
      <w:r>
        <w:t>Find checkouttid og forstå adgang på afrejsedagen.</w:t>
      </w:r>
    </w:p>
    <w:p w14:paraId="48C5F6E5" w14:textId="77777777" w:rsidR="00E30E19" w:rsidRDefault="00000000">
      <w:pPr>
        <w:pStyle w:val="Opstilling-talellerbogst"/>
        <w:keepLines/>
        <w:spacing w:after="60"/>
      </w:pPr>
      <w:r>
        <w:t>Håndtér et flyttet show og en mistet internetforbindelse.</w:t>
      </w:r>
    </w:p>
    <w:p w14:paraId="6D9D8941" w14:textId="77777777" w:rsidR="00E30E19" w:rsidRDefault="00000000">
      <w:pPr>
        <w:pStyle w:val="Overskrift2"/>
      </w:pPr>
      <w:r>
        <w:t>Mål</w:t>
      </w:r>
    </w:p>
    <w:p w14:paraId="4FA76931" w14:textId="77777777" w:rsidR="00E30E19" w:rsidRDefault="00000000">
      <w:pPr>
        <w:pStyle w:val="Opstilling-punkttegn"/>
        <w:keepLines/>
        <w:spacing w:after="40"/>
      </w:pPr>
      <w:r>
        <w:t>Tid til korrekt svar og andel gennemførte opgaver.</w:t>
      </w:r>
    </w:p>
    <w:p w14:paraId="647B49E6" w14:textId="77777777" w:rsidR="00E30E19" w:rsidRDefault="00000000">
      <w:pPr>
        <w:pStyle w:val="Opstilling-punkttegn"/>
        <w:keepLines/>
        <w:spacing w:after="40"/>
      </w:pPr>
      <w:r>
        <w:t>Antal fejltrin, tilbage-navigationer og behov for hjælp.</w:t>
      </w:r>
    </w:p>
    <w:p w14:paraId="68CEF93C" w14:textId="77777777" w:rsidR="00E30E19" w:rsidRDefault="00000000">
      <w:pPr>
        <w:pStyle w:val="Opstilling-punkttegn"/>
        <w:keepLines/>
        <w:spacing w:after="40"/>
      </w:pPr>
      <w:r>
        <w:t>Forståelse af forskellen mellem program, åbent og min plan.</w:t>
      </w:r>
    </w:p>
    <w:p w14:paraId="673C563A" w14:textId="77777777" w:rsidR="00E30E19" w:rsidRDefault="00000000">
      <w:pPr>
        <w:pStyle w:val="Opstilling-punkttegn"/>
        <w:keepLines/>
        <w:spacing w:after="40"/>
      </w:pPr>
      <w:r>
        <w:t>Tillid til tider, ruter, billetter og beskeder.</w:t>
      </w:r>
    </w:p>
    <w:p w14:paraId="10C4CA56" w14:textId="77777777" w:rsidR="00E30E19" w:rsidRDefault="00000000">
      <w:pPr>
        <w:pStyle w:val="Opstilling-punkttegn"/>
        <w:keepLines/>
        <w:spacing w:after="40"/>
      </w:pPr>
      <w:r>
        <w:t>Oplevet mental belastning og samlet skærmtid.</w:t>
      </w:r>
    </w:p>
    <w:p w14:paraId="689301DB" w14:textId="77777777" w:rsidR="00E30E19" w:rsidRDefault="00000000">
      <w:pPr>
        <w:pStyle w:val="Overskrift1"/>
      </w:pPr>
      <w:r>
        <w:lastRenderedPageBreak/>
        <w:t>22. Succeskriterier og næste beslutninger</w:t>
      </w:r>
    </w:p>
    <w:tbl>
      <w:tblPr>
        <w:tblStyle w:val="Tabel-Gitter"/>
        <w:tblW w:w="0" w:type="auto"/>
        <w:jc w:val="center"/>
        <w:tblLayout w:type="fixed"/>
        <w:tblLook w:val="04A0" w:firstRow="1" w:lastRow="0" w:firstColumn="1" w:lastColumn="0" w:noHBand="0" w:noVBand="1"/>
      </w:tblPr>
      <w:tblGrid>
        <w:gridCol w:w="1900"/>
        <w:gridCol w:w="7460"/>
      </w:tblGrid>
      <w:tr w:rsidR="00E30E19" w14:paraId="65620FEE" w14:textId="77777777">
        <w:trPr>
          <w:tblHeader/>
          <w:jc w:val="center"/>
        </w:trPr>
        <w:tc>
          <w:tcPr>
            <w:tcW w:w="1900" w:type="dxa"/>
            <w:shd w:val="clear" w:color="auto" w:fill="235B3A"/>
            <w:tcMar>
              <w:top w:w="130" w:type="dxa"/>
              <w:left w:w="140" w:type="dxa"/>
              <w:bottom w:w="130" w:type="dxa"/>
              <w:right w:w="140" w:type="dxa"/>
            </w:tcMar>
            <w:vAlign w:val="center"/>
          </w:tcPr>
          <w:p w14:paraId="6ABB2CBC" w14:textId="77777777" w:rsidR="00E30E19" w:rsidRDefault="00000000">
            <w:r>
              <w:rPr>
                <w:b/>
                <w:color w:val="FFFFFF"/>
                <w:sz w:val="18"/>
              </w:rPr>
              <w:t>Måleområde</w:t>
            </w:r>
          </w:p>
        </w:tc>
        <w:tc>
          <w:tcPr>
            <w:tcW w:w="7460" w:type="dxa"/>
            <w:shd w:val="clear" w:color="auto" w:fill="235B3A"/>
            <w:tcMar>
              <w:top w:w="130" w:type="dxa"/>
              <w:left w:w="140" w:type="dxa"/>
              <w:bottom w:w="130" w:type="dxa"/>
              <w:right w:w="140" w:type="dxa"/>
            </w:tcMar>
            <w:vAlign w:val="center"/>
          </w:tcPr>
          <w:p w14:paraId="29B02401" w14:textId="77777777" w:rsidR="00E30E19" w:rsidRDefault="00000000">
            <w:r>
              <w:rPr>
                <w:b/>
                <w:color w:val="FFFFFF"/>
                <w:sz w:val="18"/>
              </w:rPr>
              <w:t>Eksempel på indikator</w:t>
            </w:r>
          </w:p>
        </w:tc>
      </w:tr>
      <w:tr w:rsidR="00E30E19" w14:paraId="4BBE650F" w14:textId="77777777">
        <w:trPr>
          <w:jc w:val="center"/>
        </w:trPr>
        <w:tc>
          <w:tcPr>
            <w:tcW w:w="1900" w:type="dxa"/>
            <w:tcMar>
              <w:top w:w="120" w:type="dxa"/>
              <w:left w:w="140" w:type="dxa"/>
              <w:bottom w:w="120" w:type="dxa"/>
              <w:right w:w="140" w:type="dxa"/>
            </w:tcMar>
            <w:vAlign w:val="center"/>
          </w:tcPr>
          <w:p w14:paraId="7E0A07EE" w14:textId="77777777" w:rsidR="00E30E19" w:rsidRDefault="00000000">
            <w:pPr>
              <w:spacing w:after="0"/>
            </w:pPr>
            <w:r>
              <w:rPr>
                <w:sz w:val="18"/>
              </w:rPr>
              <w:t>Findbarhed</w:t>
            </w:r>
          </w:p>
        </w:tc>
        <w:tc>
          <w:tcPr>
            <w:tcW w:w="7460" w:type="dxa"/>
            <w:tcMar>
              <w:top w:w="120" w:type="dxa"/>
              <w:left w:w="140" w:type="dxa"/>
              <w:bottom w:w="120" w:type="dxa"/>
              <w:right w:w="140" w:type="dxa"/>
            </w:tcMar>
            <w:vAlign w:val="center"/>
          </w:tcPr>
          <w:p w14:paraId="61DF39EF" w14:textId="77777777" w:rsidR="00E30E19" w:rsidRDefault="00000000">
            <w:pPr>
              <w:spacing w:after="0"/>
            </w:pPr>
            <w:r>
              <w:rPr>
                <w:sz w:val="18"/>
              </w:rPr>
              <w:t>Andel, der finder show, kaffe, toilet eller praktik uden søgestop.</w:t>
            </w:r>
          </w:p>
        </w:tc>
      </w:tr>
      <w:tr w:rsidR="00E30E19" w14:paraId="4A367885" w14:textId="77777777">
        <w:trPr>
          <w:jc w:val="center"/>
        </w:trPr>
        <w:tc>
          <w:tcPr>
            <w:tcW w:w="1900" w:type="dxa"/>
            <w:shd w:val="clear" w:color="auto" w:fill="F6F8F6"/>
            <w:tcMar>
              <w:top w:w="120" w:type="dxa"/>
              <w:left w:w="140" w:type="dxa"/>
              <w:bottom w:w="120" w:type="dxa"/>
              <w:right w:w="140" w:type="dxa"/>
            </w:tcMar>
            <w:vAlign w:val="center"/>
          </w:tcPr>
          <w:p w14:paraId="6237C51E" w14:textId="77777777" w:rsidR="00E30E19" w:rsidRDefault="00000000">
            <w:pPr>
              <w:spacing w:after="0"/>
            </w:pPr>
            <w:r>
              <w:rPr>
                <w:sz w:val="18"/>
              </w:rPr>
              <w:t>Planværdi</w:t>
            </w:r>
          </w:p>
        </w:tc>
        <w:tc>
          <w:tcPr>
            <w:tcW w:w="7460" w:type="dxa"/>
            <w:shd w:val="clear" w:color="auto" w:fill="F6F8F6"/>
            <w:tcMar>
              <w:top w:w="120" w:type="dxa"/>
              <w:left w:w="140" w:type="dxa"/>
              <w:bottom w:w="120" w:type="dxa"/>
              <w:right w:w="140" w:type="dxa"/>
            </w:tcMar>
            <w:vAlign w:val="center"/>
          </w:tcPr>
          <w:p w14:paraId="1091F37B" w14:textId="77777777" w:rsidR="00E30E19" w:rsidRDefault="00000000">
            <w:pPr>
              <w:spacing w:after="0"/>
            </w:pPr>
            <w:r>
              <w:rPr>
                <w:sz w:val="18"/>
              </w:rPr>
              <w:t>Gemte aktiviteter, reminders, realistiske planer og færre oversete bookinger.</w:t>
            </w:r>
          </w:p>
        </w:tc>
      </w:tr>
      <w:tr w:rsidR="00E30E19" w14:paraId="084C8AF9" w14:textId="77777777">
        <w:trPr>
          <w:jc w:val="center"/>
        </w:trPr>
        <w:tc>
          <w:tcPr>
            <w:tcW w:w="1900" w:type="dxa"/>
            <w:tcMar>
              <w:top w:w="120" w:type="dxa"/>
              <w:left w:w="140" w:type="dxa"/>
              <w:bottom w:w="120" w:type="dxa"/>
              <w:right w:w="140" w:type="dxa"/>
            </w:tcMar>
            <w:vAlign w:val="center"/>
          </w:tcPr>
          <w:p w14:paraId="26BA610E" w14:textId="77777777" w:rsidR="00E30E19" w:rsidRDefault="00000000">
            <w:pPr>
              <w:spacing w:after="0"/>
            </w:pPr>
            <w:r>
              <w:rPr>
                <w:sz w:val="18"/>
              </w:rPr>
              <w:t>Navigation</w:t>
            </w:r>
          </w:p>
        </w:tc>
        <w:tc>
          <w:tcPr>
            <w:tcW w:w="7460" w:type="dxa"/>
            <w:tcMar>
              <w:top w:w="120" w:type="dxa"/>
              <w:left w:w="140" w:type="dxa"/>
              <w:bottom w:w="120" w:type="dxa"/>
              <w:right w:w="140" w:type="dxa"/>
            </w:tcMar>
            <w:vAlign w:val="center"/>
          </w:tcPr>
          <w:p w14:paraId="572A2EA6" w14:textId="77777777" w:rsidR="00E30E19" w:rsidRDefault="00000000">
            <w:pPr>
              <w:spacing w:after="0"/>
            </w:pPr>
            <w:r>
              <w:rPr>
                <w:sz w:val="18"/>
              </w:rPr>
              <w:t>Succesfulde ruteåbninger og færre henvendelser om vejvisning.</w:t>
            </w:r>
          </w:p>
        </w:tc>
      </w:tr>
      <w:tr w:rsidR="00E30E19" w14:paraId="7E7F7CFC" w14:textId="77777777">
        <w:trPr>
          <w:jc w:val="center"/>
        </w:trPr>
        <w:tc>
          <w:tcPr>
            <w:tcW w:w="1900" w:type="dxa"/>
            <w:shd w:val="clear" w:color="auto" w:fill="F6F8F6"/>
            <w:tcMar>
              <w:top w:w="120" w:type="dxa"/>
              <w:left w:w="140" w:type="dxa"/>
              <w:bottom w:w="120" w:type="dxa"/>
              <w:right w:w="140" w:type="dxa"/>
            </w:tcMar>
            <w:vAlign w:val="center"/>
          </w:tcPr>
          <w:p w14:paraId="7B7C1ED0" w14:textId="77777777" w:rsidR="00E30E19" w:rsidRDefault="00000000">
            <w:pPr>
              <w:spacing w:after="0"/>
            </w:pPr>
            <w:r>
              <w:rPr>
                <w:sz w:val="18"/>
              </w:rPr>
              <w:t>Ophold</w:t>
            </w:r>
          </w:p>
        </w:tc>
        <w:tc>
          <w:tcPr>
            <w:tcW w:w="7460" w:type="dxa"/>
            <w:shd w:val="clear" w:color="auto" w:fill="F6F8F6"/>
            <w:tcMar>
              <w:top w:w="120" w:type="dxa"/>
              <w:left w:w="140" w:type="dxa"/>
              <w:bottom w:w="120" w:type="dxa"/>
              <w:right w:w="140" w:type="dxa"/>
            </w:tcMar>
            <w:vAlign w:val="center"/>
          </w:tcPr>
          <w:p w14:paraId="63B6FFC8" w14:textId="77777777" w:rsidR="00E30E19" w:rsidRDefault="00000000">
            <w:pPr>
              <w:spacing w:after="0"/>
            </w:pPr>
            <w:r>
              <w:rPr>
                <w:sz w:val="18"/>
              </w:rPr>
              <w:t>Aktivering blandt bookede familier og brug på ankomst-/afrejsedag.</w:t>
            </w:r>
          </w:p>
        </w:tc>
      </w:tr>
      <w:tr w:rsidR="00E30E19" w14:paraId="77F7D32C" w14:textId="77777777">
        <w:trPr>
          <w:jc w:val="center"/>
        </w:trPr>
        <w:tc>
          <w:tcPr>
            <w:tcW w:w="1900" w:type="dxa"/>
            <w:tcMar>
              <w:top w:w="120" w:type="dxa"/>
              <w:left w:w="140" w:type="dxa"/>
              <w:bottom w:w="120" w:type="dxa"/>
              <w:right w:w="140" w:type="dxa"/>
            </w:tcMar>
            <w:vAlign w:val="center"/>
          </w:tcPr>
          <w:p w14:paraId="7BEACDDF" w14:textId="77777777" w:rsidR="00E30E19" w:rsidRDefault="00000000">
            <w:pPr>
              <w:spacing w:after="0"/>
            </w:pPr>
            <w:r>
              <w:rPr>
                <w:sz w:val="18"/>
              </w:rPr>
              <w:t>Drift</w:t>
            </w:r>
          </w:p>
        </w:tc>
        <w:tc>
          <w:tcPr>
            <w:tcW w:w="7460" w:type="dxa"/>
            <w:tcMar>
              <w:top w:w="120" w:type="dxa"/>
              <w:left w:w="140" w:type="dxa"/>
              <w:bottom w:w="120" w:type="dxa"/>
              <w:right w:w="140" w:type="dxa"/>
            </w:tcMar>
            <w:vAlign w:val="center"/>
          </w:tcPr>
          <w:p w14:paraId="79E8EDCD" w14:textId="77777777" w:rsidR="00E30E19" w:rsidRDefault="00000000">
            <w:pPr>
              <w:spacing w:after="0"/>
            </w:pPr>
            <w:r>
              <w:rPr>
                <w:sz w:val="18"/>
              </w:rPr>
              <w:t>Færre modstridende tider og hurtigere publicering af ændringer.</w:t>
            </w:r>
          </w:p>
        </w:tc>
      </w:tr>
      <w:tr w:rsidR="00E30E19" w14:paraId="67AA09DE" w14:textId="77777777">
        <w:trPr>
          <w:jc w:val="center"/>
        </w:trPr>
        <w:tc>
          <w:tcPr>
            <w:tcW w:w="1900" w:type="dxa"/>
            <w:shd w:val="clear" w:color="auto" w:fill="F6F8F6"/>
            <w:tcMar>
              <w:top w:w="120" w:type="dxa"/>
              <w:left w:w="140" w:type="dxa"/>
              <w:bottom w:w="120" w:type="dxa"/>
              <w:right w:w="140" w:type="dxa"/>
            </w:tcMar>
            <w:vAlign w:val="center"/>
          </w:tcPr>
          <w:p w14:paraId="796D2901" w14:textId="77777777" w:rsidR="00E30E19" w:rsidRDefault="00000000">
            <w:pPr>
              <w:spacing w:after="0"/>
            </w:pPr>
            <w:r>
              <w:rPr>
                <w:sz w:val="18"/>
              </w:rPr>
              <w:t>Stabilitet</w:t>
            </w:r>
          </w:p>
        </w:tc>
        <w:tc>
          <w:tcPr>
            <w:tcW w:w="7460" w:type="dxa"/>
            <w:shd w:val="clear" w:color="auto" w:fill="F6F8F6"/>
            <w:tcMar>
              <w:top w:w="120" w:type="dxa"/>
              <w:left w:w="140" w:type="dxa"/>
              <w:bottom w:w="120" w:type="dxa"/>
              <w:right w:w="140" w:type="dxa"/>
            </w:tcMar>
            <w:vAlign w:val="center"/>
          </w:tcPr>
          <w:p w14:paraId="6BCB0C76" w14:textId="77777777" w:rsidR="00E30E19" w:rsidRDefault="00000000">
            <w:pPr>
              <w:spacing w:after="0"/>
            </w:pPr>
            <w:r>
              <w:rPr>
                <w:sz w:val="18"/>
              </w:rPr>
              <w:t>Crash-free sessions, booking-/billetsucces og lav fejlrate.</w:t>
            </w:r>
          </w:p>
        </w:tc>
      </w:tr>
      <w:tr w:rsidR="00E30E19" w14:paraId="667CE999" w14:textId="77777777">
        <w:trPr>
          <w:jc w:val="center"/>
        </w:trPr>
        <w:tc>
          <w:tcPr>
            <w:tcW w:w="1900" w:type="dxa"/>
            <w:tcMar>
              <w:top w:w="120" w:type="dxa"/>
              <w:left w:w="140" w:type="dxa"/>
              <w:bottom w:w="120" w:type="dxa"/>
              <w:right w:w="140" w:type="dxa"/>
            </w:tcMar>
            <w:vAlign w:val="center"/>
          </w:tcPr>
          <w:p w14:paraId="0149855C" w14:textId="77777777" w:rsidR="00E30E19" w:rsidRDefault="00000000">
            <w:pPr>
              <w:spacing w:after="0"/>
            </w:pPr>
            <w:r>
              <w:rPr>
                <w:sz w:val="18"/>
              </w:rPr>
              <w:t>Tilfredshed</w:t>
            </w:r>
          </w:p>
        </w:tc>
        <w:tc>
          <w:tcPr>
            <w:tcW w:w="7460" w:type="dxa"/>
            <w:tcMar>
              <w:top w:w="120" w:type="dxa"/>
              <w:left w:w="140" w:type="dxa"/>
              <w:bottom w:w="120" w:type="dxa"/>
              <w:right w:w="140" w:type="dxa"/>
            </w:tcMar>
            <w:vAlign w:val="center"/>
          </w:tcPr>
          <w:p w14:paraId="7C8DC9A0" w14:textId="77777777" w:rsidR="00E30E19" w:rsidRDefault="00000000">
            <w:pPr>
              <w:spacing w:after="0"/>
            </w:pPr>
            <w:r>
              <w:rPr>
                <w:sz w:val="18"/>
              </w:rPr>
              <w:t>Opgavespecifik tilfredshed frem for kun generel app-rating.</w:t>
            </w:r>
          </w:p>
        </w:tc>
      </w:tr>
    </w:tbl>
    <w:p w14:paraId="611A7C4E" w14:textId="77777777" w:rsidR="00E30E19" w:rsidRDefault="00E30E19">
      <w:pPr>
        <w:spacing w:after="20"/>
      </w:pPr>
    </w:p>
    <w:p w14:paraId="501FA17D" w14:textId="77777777" w:rsidR="00E30E19" w:rsidRDefault="00000000">
      <w:pPr>
        <w:pStyle w:val="Overskrift2"/>
      </w:pPr>
      <w:r>
        <w:t>Beslutninger før detaildesign</w:t>
      </w:r>
    </w:p>
    <w:p w14:paraId="68831A7D" w14:textId="77777777" w:rsidR="00E30E19" w:rsidRDefault="00000000">
      <w:pPr>
        <w:pStyle w:val="Opstilling-talellerbogst"/>
        <w:keepLines/>
        <w:spacing w:after="60"/>
      </w:pPr>
      <w:r>
        <w:t>Fastlæg produktansvar og datakilder for program, åbning, kort og liveændringer.</w:t>
      </w:r>
    </w:p>
    <w:p w14:paraId="089C24B3" w14:textId="77777777" w:rsidR="00E30E19" w:rsidRDefault="00000000">
      <w:pPr>
        <w:pStyle w:val="Opstilling-talellerbogst"/>
        <w:keepLines/>
        <w:spacing w:after="60"/>
      </w:pPr>
      <w:r>
        <w:t>Beslut hvilket kortgrundlag og hvilken wayfinding-teknologi der kan understøtte egne gangstier.</w:t>
      </w:r>
    </w:p>
    <w:p w14:paraId="6938A118" w14:textId="77777777" w:rsidR="00E30E19" w:rsidRDefault="00000000">
      <w:pPr>
        <w:pStyle w:val="Opstilling-talellerbogst"/>
        <w:keepLines/>
        <w:spacing w:after="60"/>
      </w:pPr>
      <w:r>
        <w:t>Kortlæg booking-, billet- og madintegrationernes faktiske muligheder.</w:t>
      </w:r>
    </w:p>
    <w:p w14:paraId="3C890D28" w14:textId="77777777" w:rsidR="00E30E19" w:rsidRDefault="00000000">
      <w:pPr>
        <w:pStyle w:val="Opstilling-talellerbogst"/>
        <w:keepLines/>
        <w:spacing w:after="60"/>
      </w:pPr>
      <w:r>
        <w:t>Definér servicebeskeder, marketingbeskeder og samtykkemodel.</w:t>
      </w:r>
    </w:p>
    <w:p w14:paraId="70CA7F89" w14:textId="77777777" w:rsidR="00E30E19" w:rsidRDefault="00000000">
      <w:pPr>
        <w:pStyle w:val="Opstilling-talellerbogst"/>
        <w:keepLines/>
        <w:spacing w:after="60"/>
      </w:pPr>
      <w:r>
        <w:t>Prioritér MVP og lav en prototype af de seks centrale brugerrejser.</w:t>
      </w:r>
    </w:p>
    <w:p w14:paraId="238B99F7" w14:textId="77777777" w:rsidR="00E30E19" w:rsidRDefault="00000000">
      <w:pPr>
        <w:pStyle w:val="Opstilling-talellerbogst"/>
        <w:keepLines/>
        <w:spacing w:after="60"/>
      </w:pPr>
      <w:r>
        <w:t>Test på stedet før visuel finpudsning og fuld udvikling.</w:t>
      </w:r>
    </w:p>
    <w:tbl>
      <w:tblPr>
        <w:tblW w:w="0" w:type="auto"/>
        <w:jc w:val="center"/>
        <w:tblLayout w:type="fixed"/>
        <w:tblLook w:val="04A0" w:firstRow="1" w:lastRow="0" w:firstColumn="1" w:lastColumn="0" w:noHBand="0" w:noVBand="1"/>
      </w:tblPr>
      <w:tblGrid>
        <w:gridCol w:w="9360"/>
      </w:tblGrid>
      <w:tr w:rsidR="00E30E19" w14:paraId="5009FC6F" w14:textId="77777777">
        <w:trPr>
          <w:jc w:val="center"/>
        </w:trPr>
        <w:tc>
          <w:tcPr>
            <w:tcW w:w="9360" w:type="dxa"/>
            <w:shd w:val="clear" w:color="auto" w:fill="EEF5EF"/>
            <w:tcMar>
              <w:top w:w="180" w:type="dxa"/>
              <w:left w:w="220" w:type="dxa"/>
              <w:bottom w:w="180" w:type="dxa"/>
              <w:right w:w="220" w:type="dxa"/>
            </w:tcMar>
          </w:tcPr>
          <w:p w14:paraId="3D9E617C" w14:textId="77777777" w:rsidR="00E30E19" w:rsidRDefault="00000000">
            <w:pPr>
              <w:spacing w:after="80"/>
            </w:pPr>
            <w:r>
              <w:rPr>
                <w:b/>
                <w:color w:val="2E7D32"/>
                <w:sz w:val="22"/>
              </w:rPr>
              <w:t>Samlet anbefaling</w:t>
            </w:r>
          </w:p>
          <w:p w14:paraId="000EBA34" w14:textId="77777777" w:rsidR="00E30E19" w:rsidRDefault="00000000">
            <w:pPr>
              <w:spacing w:after="0" w:line="264" w:lineRule="auto"/>
            </w:pPr>
            <w:r>
              <w:t>Byg først et troværdigt fundament af ophold, tid, sted, plan og handling. Når gæsten på få sekunder kan finde aftenshowet, købe kaffe, se sin position og vide, hvornår familien skal gå, har appen bevist sin kerneværdi.</w:t>
            </w:r>
          </w:p>
        </w:tc>
      </w:tr>
    </w:tbl>
    <w:p w14:paraId="2A261A39" w14:textId="77777777" w:rsidR="00E30E19" w:rsidRDefault="00E30E19">
      <w:pPr>
        <w:spacing w:after="20"/>
      </w:pPr>
    </w:p>
    <w:sectPr w:rsidR="00E30E19" w:rsidSect="00034616">
      <w:headerReference w:type="default" r:id="rId8"/>
      <w:footerReference w:type="default" r:id="rId9"/>
      <w:pgSz w:w="12240" w:h="15840"/>
      <w:pgMar w:top="1123" w:right="1181" w:bottom="1037" w:left="1181"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A6EB7C" w14:textId="77777777" w:rsidR="00F004A0" w:rsidRDefault="00F004A0">
      <w:pPr>
        <w:spacing w:after="0" w:line="240" w:lineRule="auto"/>
      </w:pPr>
      <w:r>
        <w:separator/>
      </w:r>
    </w:p>
  </w:endnote>
  <w:endnote w:type="continuationSeparator" w:id="0">
    <w:p w14:paraId="171B177A" w14:textId="77777777" w:rsidR="00F004A0" w:rsidRDefault="00F004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18626A" w14:textId="77777777" w:rsidR="00E30E19" w:rsidRDefault="00000000">
    <w:pPr>
      <w:pStyle w:val="Sidefod"/>
      <w:jc w:val="center"/>
    </w:pPr>
    <w:proofErr w:type="spellStart"/>
    <w:r>
      <w:rPr>
        <w:color w:val="667068"/>
        <w:sz w:val="16"/>
      </w:rPr>
      <w:t>Jesperhus</w:t>
    </w:r>
    <w:proofErr w:type="spellEnd"/>
    <w:r>
      <w:rPr>
        <w:color w:val="667068"/>
        <w:sz w:val="16"/>
      </w:rPr>
      <w:t xml:space="preserve"> · UX- </w:t>
    </w:r>
    <w:proofErr w:type="spellStart"/>
    <w:r>
      <w:rPr>
        <w:color w:val="667068"/>
        <w:sz w:val="16"/>
      </w:rPr>
      <w:t>og</w:t>
    </w:r>
    <w:proofErr w:type="spellEnd"/>
    <w:r>
      <w:rPr>
        <w:color w:val="667068"/>
        <w:sz w:val="16"/>
      </w:rPr>
      <w:t xml:space="preserve"> </w:t>
    </w:r>
    <w:proofErr w:type="spellStart"/>
    <w:r>
      <w:rPr>
        <w:color w:val="667068"/>
        <w:sz w:val="16"/>
      </w:rPr>
      <w:t>produktgrundlag</w:t>
    </w:r>
    <w:proofErr w:type="spellEnd"/>
    <w:r>
      <w:rPr>
        <w:color w:val="667068"/>
        <w:sz w:val="16"/>
      </w:rPr>
      <w:t xml:space="preserve">   |   </w:t>
    </w:r>
    <w:r>
      <w:fldChar w:fldCharType="begin"/>
    </w:r>
    <w:r>
      <w:instrText>PAGE</w:instrText>
    </w:r>
    <w:r>
      <w:fldChar w:fldCharType="separate"/>
    </w:r>
    <w:r w:rsidR="00891A8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7C347C" w14:textId="77777777" w:rsidR="00F004A0" w:rsidRDefault="00F004A0">
      <w:pPr>
        <w:spacing w:after="0" w:line="240" w:lineRule="auto"/>
      </w:pPr>
      <w:r>
        <w:separator/>
      </w:r>
    </w:p>
  </w:footnote>
  <w:footnote w:type="continuationSeparator" w:id="0">
    <w:p w14:paraId="1CD162EE" w14:textId="77777777" w:rsidR="00F004A0" w:rsidRDefault="00F004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278271" w14:textId="77777777" w:rsidR="00E30E19" w:rsidRDefault="00000000">
    <w:pPr>
      <w:pStyle w:val="Small"/>
      <w:jc w:val="right"/>
    </w:pPr>
    <w:r>
      <w:t xml:space="preserve">JESPERHUS </w:t>
    </w:r>
    <w:proofErr w:type="gramStart"/>
    <w:r>
      <w:t>APP  /</w:t>
    </w:r>
    <w:proofErr w:type="gramEnd"/>
    <w:r>
      <w:t xml:space="preserve">  PRODUKTSPECIFIKATION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pstilling-talellerbogs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pstilling-talellerbogs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pstilling-punktteg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pstilling-punktteg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pstilling-talellerbogs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pstilling-punkttegn"/>
      <w:lvlText w:val=""/>
      <w:lvlJc w:val="left"/>
      <w:pPr>
        <w:tabs>
          <w:tab w:val="num" w:pos="360"/>
        </w:tabs>
        <w:ind w:left="360" w:hanging="360"/>
      </w:pPr>
      <w:rPr>
        <w:rFonts w:ascii="Symbol" w:hAnsi="Symbol" w:hint="default"/>
      </w:rPr>
    </w:lvl>
  </w:abstractNum>
  <w:num w:numId="1" w16cid:durableId="1755317488">
    <w:abstractNumId w:val="8"/>
  </w:num>
  <w:num w:numId="2" w16cid:durableId="1783066818">
    <w:abstractNumId w:val="6"/>
  </w:num>
  <w:num w:numId="3" w16cid:durableId="982806997">
    <w:abstractNumId w:val="5"/>
  </w:num>
  <w:num w:numId="4" w16cid:durableId="1048457752">
    <w:abstractNumId w:val="4"/>
  </w:num>
  <w:num w:numId="5" w16cid:durableId="1626042525">
    <w:abstractNumId w:val="7"/>
  </w:num>
  <w:num w:numId="6" w16cid:durableId="1063141035">
    <w:abstractNumId w:val="3"/>
  </w:num>
  <w:num w:numId="7" w16cid:durableId="37123040">
    <w:abstractNumId w:val="2"/>
  </w:num>
  <w:num w:numId="8" w16cid:durableId="1314796808">
    <w:abstractNumId w:val="1"/>
  </w:num>
  <w:num w:numId="9" w16cid:durableId="6672753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91A8C"/>
    <w:rsid w:val="00AA1D8D"/>
    <w:rsid w:val="00B47730"/>
    <w:rsid w:val="00CB0664"/>
    <w:rsid w:val="00E30E19"/>
    <w:rsid w:val="00EC1EE6"/>
    <w:rsid w:val="00F004A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6EA800"/>
  <w14:defaultImageDpi w14:val="300"/>
  <w15:docId w15:val="{9D08FEF0-6A97-5643-95F9-98587E0FA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71" w:lineRule="auto"/>
    </w:pPr>
    <w:rPr>
      <w:rFonts w:ascii="Aptos" w:hAnsi="Aptos"/>
      <w:color w:val="1F2923"/>
      <w:sz w:val="21"/>
    </w:rPr>
  </w:style>
  <w:style w:type="paragraph" w:styleId="Overskrift1">
    <w:name w:val="heading 1"/>
    <w:basedOn w:val="Normal"/>
    <w:next w:val="Normal"/>
    <w:link w:val="Overskrift1Tegn"/>
    <w:uiPriority w:val="9"/>
    <w:qFormat/>
    <w:rsid w:val="00FC693F"/>
    <w:pPr>
      <w:keepNext/>
      <w:keepLines/>
      <w:spacing w:before="360" w:after="160"/>
      <w:outlineLvl w:val="0"/>
    </w:pPr>
    <w:rPr>
      <w:rFonts w:asciiTheme="majorHAnsi" w:eastAsiaTheme="majorEastAsia" w:hAnsiTheme="majorHAnsi" w:cstheme="majorBidi"/>
      <w:b/>
      <w:bCs/>
      <w:color w:val="235B3A"/>
      <w:sz w:val="44"/>
      <w:szCs w:val="28"/>
    </w:rPr>
  </w:style>
  <w:style w:type="paragraph" w:styleId="Overskrift2">
    <w:name w:val="heading 2"/>
    <w:basedOn w:val="Normal"/>
    <w:next w:val="Normal"/>
    <w:link w:val="Overskrift2Tegn"/>
    <w:uiPriority w:val="9"/>
    <w:unhideWhenUsed/>
    <w:qFormat/>
    <w:rsid w:val="00FC693F"/>
    <w:pPr>
      <w:keepNext/>
      <w:keepLines/>
      <w:spacing w:before="260" w:after="100"/>
      <w:outlineLvl w:val="1"/>
    </w:pPr>
    <w:rPr>
      <w:rFonts w:asciiTheme="majorHAnsi" w:eastAsiaTheme="majorEastAsia" w:hAnsiTheme="majorHAnsi" w:cstheme="majorBidi"/>
      <w:b/>
      <w:bCs/>
      <w:color w:val="2E7D32"/>
      <w:sz w:val="30"/>
      <w:szCs w:val="26"/>
    </w:rPr>
  </w:style>
  <w:style w:type="paragraph" w:styleId="Overskrift3">
    <w:name w:val="heading 3"/>
    <w:basedOn w:val="Normal"/>
    <w:next w:val="Normal"/>
    <w:link w:val="Overskrift3Tegn"/>
    <w:uiPriority w:val="9"/>
    <w:unhideWhenUsed/>
    <w:qFormat/>
    <w:rsid w:val="00FC693F"/>
    <w:pPr>
      <w:keepNext/>
      <w:keepLines/>
      <w:spacing w:before="180" w:after="60"/>
      <w:outlineLvl w:val="2"/>
    </w:pPr>
    <w:rPr>
      <w:rFonts w:asciiTheme="majorHAnsi" w:eastAsiaTheme="majorEastAsia" w:hAnsiTheme="majorHAnsi" w:cstheme="majorBidi"/>
      <w:b/>
      <w:bCs/>
      <w:sz w:val="23"/>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E618BF"/>
    <w:pPr>
      <w:tabs>
        <w:tab w:val="center" w:pos="4680"/>
        <w:tab w:val="right" w:pos="9360"/>
      </w:tabs>
      <w:spacing w:after="0" w:line="240" w:lineRule="auto"/>
    </w:pPr>
  </w:style>
  <w:style w:type="character" w:customStyle="1" w:styleId="SidehovedTegn">
    <w:name w:val="Sidehoved Tegn"/>
    <w:basedOn w:val="Standardskrifttypeiafsnit"/>
    <w:link w:val="Sidehoved"/>
    <w:uiPriority w:val="99"/>
    <w:rsid w:val="00E618BF"/>
  </w:style>
  <w:style w:type="paragraph" w:styleId="Sidefod">
    <w:name w:val="footer"/>
    <w:basedOn w:val="Normal"/>
    <w:link w:val="SidefodTegn"/>
    <w:uiPriority w:val="99"/>
    <w:unhideWhenUsed/>
    <w:rsid w:val="00E618BF"/>
    <w:pPr>
      <w:tabs>
        <w:tab w:val="center" w:pos="4680"/>
        <w:tab w:val="right" w:pos="9360"/>
      </w:tabs>
      <w:spacing w:after="0" w:line="240" w:lineRule="auto"/>
    </w:pPr>
  </w:style>
  <w:style w:type="character" w:customStyle="1" w:styleId="SidefodTegn">
    <w:name w:val="Sidefod Tegn"/>
    <w:basedOn w:val="Standardskrifttypeiafsnit"/>
    <w:link w:val="Sidefod"/>
    <w:uiPriority w:val="99"/>
    <w:rsid w:val="00E618BF"/>
  </w:style>
  <w:style w:type="paragraph" w:styleId="Ingenafstand">
    <w:name w:val="No Spacing"/>
    <w:uiPriority w:val="1"/>
    <w:qFormat/>
    <w:rsid w:val="00FC693F"/>
    <w:pPr>
      <w:spacing w:after="0" w:line="240" w:lineRule="auto"/>
    </w:pPr>
  </w:style>
  <w:style w:type="character" w:customStyle="1" w:styleId="Overskrift1Tegn">
    <w:name w:val="Overskrift 1 Tegn"/>
    <w:basedOn w:val="Standardskrifttypeiafsni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typeiafsni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typeiafsnit"/>
    <w:link w:val="Overskrift3"/>
    <w:uiPriority w:val="9"/>
    <w:rsid w:val="00FC693F"/>
    <w:rPr>
      <w:rFonts w:asciiTheme="majorHAnsi" w:eastAsiaTheme="majorEastAsia" w:hAnsiTheme="majorHAnsi" w:cstheme="majorBidi"/>
      <w:b/>
      <w:bCs/>
      <w:color w:val="4F81BD" w:themeColor="accent1"/>
    </w:rPr>
  </w:style>
  <w:style w:type="paragraph" w:styleId="Titel">
    <w:name w:val="Title"/>
    <w:basedOn w:val="Normal"/>
    <w:next w:val="Normal"/>
    <w:link w:val="Ti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Tegn">
    <w:name w:val="Titel Tegn"/>
    <w:basedOn w:val="Standardskrifttypeiafsni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el">
    <w:name w:val="Subtitle"/>
    <w:basedOn w:val="Normal"/>
    <w:next w:val="Normal"/>
    <w:link w:val="Underti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elTegn">
    <w:name w:val="Undertitel Tegn"/>
    <w:basedOn w:val="Standardskrifttypeiafsnit"/>
    <w:link w:val="U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afsni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style>
  <w:style w:type="character" w:customStyle="1" w:styleId="BrdtekstTegn">
    <w:name w:val="Brødtekst Tegn"/>
    <w:basedOn w:val="Standardskrifttypeiafsnit"/>
    <w:link w:val="Brdtekst"/>
    <w:uiPriority w:val="99"/>
    <w:rsid w:val="00AA1D8D"/>
  </w:style>
  <w:style w:type="paragraph" w:styleId="Brdtekst2">
    <w:name w:val="Body Text 2"/>
    <w:basedOn w:val="Normal"/>
    <w:link w:val="Brdtekst2Tegn"/>
    <w:uiPriority w:val="99"/>
    <w:unhideWhenUsed/>
    <w:rsid w:val="00AA1D8D"/>
    <w:pPr>
      <w:spacing w:line="480" w:lineRule="auto"/>
    </w:pPr>
  </w:style>
  <w:style w:type="character" w:customStyle="1" w:styleId="Brdtekst2Tegn">
    <w:name w:val="Brødtekst 2 Tegn"/>
    <w:basedOn w:val="Standardskrifttypeiafsnit"/>
    <w:link w:val="Brdtekst2"/>
    <w:uiPriority w:val="99"/>
    <w:rsid w:val="00AA1D8D"/>
  </w:style>
  <w:style w:type="paragraph" w:styleId="Brdtekst3">
    <w:name w:val="Body Text 3"/>
    <w:basedOn w:val="Normal"/>
    <w:link w:val="Brdtekst3Tegn"/>
    <w:uiPriority w:val="99"/>
    <w:unhideWhenUsed/>
    <w:rsid w:val="00AA1D8D"/>
    <w:rPr>
      <w:sz w:val="16"/>
      <w:szCs w:val="16"/>
    </w:rPr>
  </w:style>
  <w:style w:type="character" w:customStyle="1" w:styleId="Brdtekst3Tegn">
    <w:name w:val="Brødtekst 3 Tegn"/>
    <w:basedOn w:val="Standardskrifttypeiafsni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Opstilling-punkttegn">
    <w:name w:val="List Bullet"/>
    <w:basedOn w:val="Normal"/>
    <w:uiPriority w:val="99"/>
    <w:unhideWhenUsed/>
    <w:rsid w:val="00326F90"/>
    <w:pPr>
      <w:numPr>
        <w:numId w:val="1"/>
      </w:numPr>
      <w:contextualSpacing/>
    </w:pPr>
  </w:style>
  <w:style w:type="paragraph" w:styleId="Opstilling-punkttegn2">
    <w:name w:val="List Bullet 2"/>
    <w:basedOn w:val="Normal"/>
    <w:uiPriority w:val="99"/>
    <w:unhideWhenUsed/>
    <w:rsid w:val="00326F90"/>
    <w:pPr>
      <w:numPr>
        <w:numId w:val="2"/>
      </w:numPr>
      <w:contextualSpacing/>
    </w:pPr>
  </w:style>
  <w:style w:type="paragraph" w:styleId="Opstilling-punkttegn3">
    <w:name w:val="List Bullet 3"/>
    <w:basedOn w:val="Normal"/>
    <w:uiPriority w:val="99"/>
    <w:unhideWhenUsed/>
    <w:rsid w:val="00326F90"/>
    <w:pPr>
      <w:numPr>
        <w:numId w:val="3"/>
      </w:numPr>
      <w:contextualSpacing/>
    </w:pPr>
  </w:style>
  <w:style w:type="paragraph" w:styleId="Opstilling-talellerbogst">
    <w:name w:val="List Number"/>
    <w:basedOn w:val="Normal"/>
    <w:uiPriority w:val="99"/>
    <w:unhideWhenUsed/>
    <w:rsid w:val="00326F90"/>
    <w:pPr>
      <w:numPr>
        <w:numId w:val="5"/>
      </w:numPr>
      <w:contextualSpacing/>
    </w:pPr>
  </w:style>
  <w:style w:type="paragraph" w:styleId="Opstilling-talellerbogst2">
    <w:name w:val="List Number 2"/>
    <w:basedOn w:val="Normal"/>
    <w:uiPriority w:val="99"/>
    <w:unhideWhenUsed/>
    <w:rsid w:val="0029639D"/>
    <w:pPr>
      <w:numPr>
        <w:numId w:val="6"/>
      </w:numPr>
      <w:contextualSpacing/>
    </w:pPr>
  </w:style>
  <w:style w:type="paragraph" w:styleId="Opstilling-talellerbogst3">
    <w:name w:val="List Number 3"/>
    <w:basedOn w:val="Normal"/>
    <w:uiPriority w:val="99"/>
    <w:unhideWhenUsed/>
    <w:rsid w:val="0029639D"/>
    <w:pPr>
      <w:numPr>
        <w:numId w:val="7"/>
      </w:numPr>
      <w:contextualSpacing/>
    </w:pPr>
  </w:style>
  <w:style w:type="paragraph" w:styleId="Opstilling-forts">
    <w:name w:val="List Continue"/>
    <w:basedOn w:val="Normal"/>
    <w:uiPriority w:val="99"/>
    <w:unhideWhenUsed/>
    <w:rsid w:val="0029639D"/>
    <w:pPr>
      <w:ind w:left="360"/>
      <w:contextualSpacing/>
    </w:pPr>
  </w:style>
  <w:style w:type="paragraph" w:styleId="Opstilling-forts2">
    <w:name w:val="List Continue 2"/>
    <w:basedOn w:val="Normal"/>
    <w:uiPriority w:val="99"/>
    <w:unhideWhenUsed/>
    <w:rsid w:val="0029639D"/>
    <w:pPr>
      <w:ind w:left="720"/>
      <w:contextualSpacing/>
    </w:pPr>
  </w:style>
  <w:style w:type="paragraph" w:styleId="Opstilling-forts3">
    <w:name w:val="List Continue 3"/>
    <w:basedOn w:val="Normal"/>
    <w:uiPriority w:val="99"/>
    <w:unhideWhenUsed/>
    <w:rsid w:val="0029639D"/>
    <w:pPr>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typeiafsnit"/>
    <w:link w:val="Makrotekst"/>
    <w:uiPriority w:val="99"/>
    <w:rsid w:val="0029639D"/>
    <w:rPr>
      <w:rFonts w:ascii="Courier" w:hAnsi="Courier"/>
      <w:sz w:val="20"/>
      <w:szCs w:val="20"/>
    </w:rPr>
  </w:style>
  <w:style w:type="paragraph" w:styleId="Citat">
    <w:name w:val="Quote"/>
    <w:basedOn w:val="Normal"/>
    <w:next w:val="Normal"/>
    <w:link w:val="CitatTegn"/>
    <w:uiPriority w:val="29"/>
    <w:qFormat/>
    <w:rsid w:val="00FC693F"/>
    <w:rPr>
      <w:i/>
      <w:iCs/>
      <w:color w:val="000000" w:themeColor="text1"/>
    </w:rPr>
  </w:style>
  <w:style w:type="character" w:customStyle="1" w:styleId="CitatTegn">
    <w:name w:val="Citat Tegn"/>
    <w:basedOn w:val="Standardskrifttypeiafsnit"/>
    <w:link w:val="Citat"/>
    <w:uiPriority w:val="29"/>
    <w:rsid w:val="00FC693F"/>
    <w:rPr>
      <w:i/>
      <w:iCs/>
      <w:color w:val="000000" w:themeColor="text1"/>
    </w:rPr>
  </w:style>
  <w:style w:type="character" w:customStyle="1" w:styleId="Overskrift4Tegn">
    <w:name w:val="Overskrift 4 Tegn"/>
    <w:basedOn w:val="Standardskrifttypeiafsni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typeiafsni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typeiafsni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typeiafsni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typeiafsni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typeiafsni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led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k">
    <w:name w:val="Strong"/>
    <w:basedOn w:val="Standardskrifttypeiafsnit"/>
    <w:uiPriority w:val="22"/>
    <w:qFormat/>
    <w:rsid w:val="00FC693F"/>
    <w:rPr>
      <w:b/>
      <w:bCs/>
    </w:rPr>
  </w:style>
  <w:style w:type="character" w:styleId="Fremhv">
    <w:name w:val="Emphasis"/>
    <w:basedOn w:val="Standardskrifttypeiafsnit"/>
    <w:uiPriority w:val="20"/>
    <w:qFormat/>
    <w:rsid w:val="00FC693F"/>
    <w:rPr>
      <w:i/>
      <w:iCs/>
    </w:rPr>
  </w:style>
  <w:style w:type="paragraph" w:styleId="Strktcitat">
    <w:name w:val="Intense Quote"/>
    <w:basedOn w:val="Normal"/>
    <w:next w:val="Normal"/>
    <w:link w:val="Strktc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rktcitatTegn">
    <w:name w:val="Stærkt citat Tegn"/>
    <w:basedOn w:val="Standardskrifttypeiafsnit"/>
    <w:link w:val="Strktcitat"/>
    <w:uiPriority w:val="30"/>
    <w:rsid w:val="00FC693F"/>
    <w:rPr>
      <w:b/>
      <w:bCs/>
      <w:i/>
      <w:iCs/>
      <w:color w:val="4F81BD" w:themeColor="accent1"/>
    </w:rPr>
  </w:style>
  <w:style w:type="character" w:styleId="Svagfremhvning">
    <w:name w:val="Subtle Emphasis"/>
    <w:basedOn w:val="Standardskrifttypeiafsnit"/>
    <w:uiPriority w:val="19"/>
    <w:qFormat/>
    <w:rsid w:val="00FC693F"/>
    <w:rPr>
      <w:i/>
      <w:iCs/>
      <w:color w:val="808080" w:themeColor="text1" w:themeTint="7F"/>
    </w:rPr>
  </w:style>
  <w:style w:type="character" w:styleId="Kraftigfremhvning">
    <w:name w:val="Intense Emphasis"/>
    <w:basedOn w:val="Standardskrifttypeiafsnit"/>
    <w:uiPriority w:val="21"/>
    <w:qFormat/>
    <w:rsid w:val="00FC693F"/>
    <w:rPr>
      <w:b/>
      <w:bCs/>
      <w:i/>
      <w:iCs/>
      <w:color w:val="4F81BD" w:themeColor="accent1"/>
    </w:rPr>
  </w:style>
  <w:style w:type="character" w:styleId="Svaghenvisning">
    <w:name w:val="Subtle Reference"/>
    <w:basedOn w:val="Standardskrifttypeiafsnit"/>
    <w:uiPriority w:val="31"/>
    <w:qFormat/>
    <w:rsid w:val="00FC693F"/>
    <w:rPr>
      <w:smallCaps/>
      <w:color w:val="C0504D" w:themeColor="accent2"/>
      <w:u w:val="single"/>
    </w:rPr>
  </w:style>
  <w:style w:type="character" w:styleId="Kraftighenvisning">
    <w:name w:val="Intense Reference"/>
    <w:basedOn w:val="Standardskrifttypeiafsnit"/>
    <w:uiPriority w:val="32"/>
    <w:qFormat/>
    <w:rsid w:val="00FC693F"/>
    <w:rPr>
      <w:b/>
      <w:bCs/>
      <w:smallCaps/>
      <w:color w:val="C0504D" w:themeColor="accent2"/>
      <w:spacing w:val="5"/>
      <w:u w:val="single"/>
    </w:rPr>
  </w:style>
  <w:style w:type="character" w:styleId="Bogenstitel">
    <w:name w:val="Book Title"/>
    <w:basedOn w:val="Standardskrifttypeiafsnit"/>
    <w:uiPriority w:val="33"/>
    <w:qFormat/>
    <w:rsid w:val="00FC693F"/>
    <w:rPr>
      <w:b/>
      <w:bCs/>
      <w:smallCaps/>
      <w:spacing w:val="5"/>
    </w:rPr>
  </w:style>
  <w:style w:type="paragraph" w:styleId="Overskrift">
    <w:name w:val="TOC Heading"/>
    <w:basedOn w:val="Overskrift1"/>
    <w:next w:val="Normal"/>
    <w:uiPriority w:val="39"/>
    <w:semiHidden/>
    <w:unhideWhenUsed/>
    <w:qFormat/>
    <w:rsid w:val="00FC693F"/>
    <w:pPr>
      <w:outlineLvl w:val="9"/>
    </w:pPr>
  </w:style>
  <w:style w:type="table" w:styleId="Tabel-Gitter">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fremhvningsfarv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fremhvningsfarv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fremhvningsfarv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fremhvningsfarv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fremhvningsfarv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fremhvningsfarv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fremhvningsfarv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fremhvningsfarv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fremhvningsfarv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fremhvningsfarv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gitter">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gitter-fremhvningsfarv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gitter-fremhvningsfarv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gitter-fremhvningsfarv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gitter-fremhvningsfarv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gitter-fremhvningsfarv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kygg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e1-fremhvningsfarv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e1-fremhvningsfarv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e1-fremhvningsfarv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e1-fremhvningsfarv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e1-fremhvningsfarv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itter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itter1-fremhvningsfarv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itter1-fremhvningsfarv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itter1-fremhvningsfarv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itter1-fremhvningsfarv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itter1-fremhvningsfarv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itter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itter3-fremhvningsfarv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itter3-fremhvningsfarv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itter3-fremhvningsfarv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itter3-fremhvningsfarv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itter3-fremhvningsfarv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fremhvningsfarv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fremhvningsfarv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fremhvningsfarv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fremhvningsfarv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fremhvningsfarv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vetskygge">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vetskygge-fremhvningsfarv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vetliste">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vetliste-fremhvningsfarv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vetliste-fremhvningsfarv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vetliste-fremhvningsfarv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vetliste-fremhvningsfarv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vetliste-fremhvningsfarv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vetgitter">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vetgitter-fremhvningsfarv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vetgitter-fremhvningsfarv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vetgitter-fremhvningsfarv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vetgitter-fremhvningsfarv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vetgitter-fremhvningsfarv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ocTitle">
    <w:name w:val="Doc Title"/>
    <w:pPr>
      <w:spacing w:after="100"/>
    </w:pPr>
    <w:rPr>
      <w:rFonts w:ascii="Aptos" w:hAnsi="Aptos"/>
      <w:b/>
      <w:color w:val="235B3A"/>
      <w:sz w:val="62"/>
    </w:rPr>
  </w:style>
  <w:style w:type="paragraph" w:customStyle="1" w:styleId="DocSubtitle">
    <w:name w:val="Doc Subtitle"/>
    <w:pPr>
      <w:spacing w:after="100"/>
    </w:pPr>
    <w:rPr>
      <w:rFonts w:ascii="Aptos" w:hAnsi="Aptos"/>
      <w:color w:val="667068"/>
      <w:sz w:val="30"/>
    </w:rPr>
  </w:style>
  <w:style w:type="paragraph" w:customStyle="1" w:styleId="Kicker">
    <w:name w:val="Kicker"/>
    <w:pPr>
      <w:spacing w:after="100"/>
    </w:pPr>
    <w:rPr>
      <w:rFonts w:ascii="Aptos" w:hAnsi="Aptos"/>
      <w:b/>
      <w:caps/>
      <w:color w:val="2E7D32"/>
      <w:sz w:val="20"/>
    </w:rPr>
  </w:style>
  <w:style w:type="paragraph" w:customStyle="1" w:styleId="Small">
    <w:name w:val="Small"/>
    <w:pPr>
      <w:spacing w:after="100"/>
    </w:pPr>
    <w:rPr>
      <w:rFonts w:ascii="Aptos" w:hAnsi="Aptos"/>
      <w:color w:val="667068"/>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3178</Words>
  <Characters>19392</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22525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Jesperhus-appen — Design og produktspecifikation</dc:title>
  <dc:subject>UX, produktkoncept, funktionelle krav og teknisk grundlag</dc:subject>
  <dc:creator>Produkt- og UX-arbejdsdokument</dc:creator>
  <cp:keywords>Jesperhus, app, UX, produktdesign, smartphone, familieassistent</cp:keywords>
  <dc:description>generated by python-docx</dc:description>
  <cp:lastModifiedBy>John Doktor</cp:lastModifiedBy>
  <cp:revision>2</cp:revision>
  <dcterms:created xsi:type="dcterms:W3CDTF">2026-08-03T21:31:00Z</dcterms:created>
  <dcterms:modified xsi:type="dcterms:W3CDTF">2026-08-03T21:31:00Z</dcterms:modified>
  <cp:category/>
</cp:coreProperties>
</file>